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5216"/>
      </w:tblGrid>
      <w:tr w:rsidR="00745FFC" w14:paraId="0D6755D5" w14:textId="77777777">
        <w:trPr>
          <w:jc w:val="center"/>
        </w:trPr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D71F3" w14:textId="77777777" w:rsidR="00745FFC" w:rsidRDefault="00000000">
            <w:r>
              <w:rPr>
                <w:noProof/>
              </w:rPr>
              <w:drawing>
                <wp:inline distT="0" distB="0" distL="0" distR="0" wp14:anchorId="787C89AF" wp14:editId="5CBAF0EA">
                  <wp:extent cx="1836000" cy="396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93086" w14:textId="77777777" w:rsidR="00745FFC" w:rsidRDefault="00000000">
            <w:pPr>
              <w:jc w:val="right"/>
            </w:pPr>
            <w:r>
              <w:rPr>
                <w:b/>
              </w:rPr>
              <w:t>BEWO Motoren Revisie &amp; Tuning</w:t>
            </w:r>
            <w:r>
              <w:rPr>
                <w:b/>
              </w:rPr>
              <w:br/>
            </w:r>
            <w:r>
              <w:rPr>
                <w:color w:val="666666"/>
                <w:sz w:val="16"/>
              </w:rPr>
              <w:t>Newtonstraat 6A  |  7131 PP Lichtenvoorde</w:t>
            </w:r>
            <w:r>
              <w:rPr>
                <w:color w:val="666666"/>
                <w:sz w:val="16"/>
              </w:rPr>
              <w:br/>
              <w:t>06 - 16 68 18 91  |  bewomotoren@gmail.com</w:t>
            </w:r>
          </w:p>
        </w:tc>
      </w:tr>
    </w:tbl>
    <w:p w14:paraId="505474FD" w14:textId="77777777" w:rsidR="00745FFC" w:rsidRDefault="00000000">
      <w:pPr>
        <w:spacing w:before="80" w:after="20"/>
        <w:jc w:val="center"/>
      </w:pPr>
      <w:r>
        <w:rPr>
          <w:b/>
          <w:sz w:val="34"/>
        </w:rPr>
        <w:t>Aquablast behandelingsformulier</w:t>
      </w:r>
    </w:p>
    <w:p w14:paraId="5318F8FB" w14:textId="77777777" w:rsidR="00745FFC" w:rsidRDefault="00000000">
      <w:pPr>
        <w:spacing w:after="100"/>
        <w:jc w:val="center"/>
      </w:pPr>
      <w:r>
        <w:rPr>
          <w:i/>
          <w:color w:val="666666"/>
        </w:rPr>
        <w:t>Wij blazen uw onderdelen nieuw leven in</w:t>
      </w:r>
    </w:p>
    <w:p w14:paraId="0014A4AE" w14:textId="77777777" w:rsidR="00745FFC" w:rsidRPr="00B317BA" w:rsidRDefault="00000000">
      <w:pPr>
        <w:keepNext/>
        <w:spacing w:before="100" w:after="60"/>
        <w:rPr>
          <w:color w:val="000000" w:themeColor="text1"/>
        </w:rPr>
      </w:pPr>
      <w:r w:rsidRPr="00B317BA">
        <w:rPr>
          <w:b/>
          <w:color w:val="000000" w:themeColor="text1"/>
          <w:sz w:val="20"/>
        </w:rPr>
        <w:t>KLANTGEGEVENS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326"/>
        <w:gridCol w:w="5326"/>
      </w:tblGrid>
      <w:tr w:rsidR="00745FFC" w14:paraId="49694EF4" w14:textId="77777777">
        <w:trPr>
          <w:jc w:val="center"/>
        </w:trPr>
        <w:tc>
          <w:tcPr>
            <w:tcW w:w="532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2FE657A" w14:textId="77777777" w:rsidR="00745FFC" w:rsidRDefault="00000000">
            <w:r>
              <w:rPr>
                <w:b/>
                <w:sz w:val="17"/>
              </w:rPr>
              <w:t xml:space="preserve">Naam  </w:t>
            </w:r>
            <w:r>
              <w:rPr>
                <w:color w:val="666666"/>
                <w:sz w:val="17"/>
              </w:rPr>
              <w:t>................................................</w:t>
            </w:r>
          </w:p>
        </w:tc>
        <w:tc>
          <w:tcPr>
            <w:tcW w:w="532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487D0FC" w14:textId="77777777" w:rsidR="00745FFC" w:rsidRDefault="00000000">
            <w:r>
              <w:rPr>
                <w:b/>
                <w:sz w:val="17"/>
              </w:rPr>
              <w:t xml:space="preserve">Datum  </w:t>
            </w:r>
            <w:r>
              <w:rPr>
                <w:color w:val="666666"/>
                <w:sz w:val="17"/>
              </w:rPr>
              <w:t>................................................</w:t>
            </w:r>
          </w:p>
        </w:tc>
      </w:tr>
      <w:tr w:rsidR="00745FFC" w14:paraId="42D5D160" w14:textId="77777777">
        <w:trPr>
          <w:jc w:val="center"/>
        </w:trPr>
        <w:tc>
          <w:tcPr>
            <w:tcW w:w="532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806C6B2" w14:textId="77777777" w:rsidR="00745FFC" w:rsidRDefault="00000000">
            <w:r>
              <w:rPr>
                <w:b/>
                <w:sz w:val="17"/>
              </w:rPr>
              <w:t xml:space="preserve">Adres  </w:t>
            </w:r>
            <w:r>
              <w:rPr>
                <w:color w:val="666666"/>
                <w:sz w:val="17"/>
              </w:rPr>
              <w:t>................................................</w:t>
            </w:r>
          </w:p>
        </w:tc>
        <w:tc>
          <w:tcPr>
            <w:tcW w:w="532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701959F" w14:textId="77777777" w:rsidR="00745FFC" w:rsidRDefault="00000000">
            <w:r>
              <w:rPr>
                <w:b/>
                <w:sz w:val="17"/>
              </w:rPr>
              <w:t xml:space="preserve">Postcode en woonplaats  </w:t>
            </w:r>
            <w:r>
              <w:rPr>
                <w:color w:val="666666"/>
                <w:sz w:val="17"/>
              </w:rPr>
              <w:t>................................................</w:t>
            </w:r>
          </w:p>
        </w:tc>
      </w:tr>
      <w:tr w:rsidR="00745FFC" w14:paraId="28B82C1D" w14:textId="77777777">
        <w:trPr>
          <w:jc w:val="center"/>
        </w:trPr>
        <w:tc>
          <w:tcPr>
            <w:tcW w:w="532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FCE16D6" w14:textId="77777777" w:rsidR="00745FFC" w:rsidRDefault="00000000">
            <w:r>
              <w:rPr>
                <w:b/>
                <w:sz w:val="17"/>
              </w:rPr>
              <w:t xml:space="preserve">Telefoonnummer  </w:t>
            </w:r>
            <w:r>
              <w:rPr>
                <w:color w:val="666666"/>
                <w:sz w:val="17"/>
              </w:rPr>
              <w:t>................................................</w:t>
            </w:r>
          </w:p>
        </w:tc>
        <w:tc>
          <w:tcPr>
            <w:tcW w:w="532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04EC3BE" w14:textId="77777777" w:rsidR="00745FFC" w:rsidRDefault="00000000">
            <w:r>
              <w:rPr>
                <w:b/>
                <w:sz w:val="17"/>
              </w:rPr>
              <w:t xml:space="preserve">E-mailadres  </w:t>
            </w:r>
            <w:r>
              <w:rPr>
                <w:color w:val="666666"/>
                <w:sz w:val="17"/>
              </w:rPr>
              <w:t>................................................</w:t>
            </w:r>
          </w:p>
        </w:tc>
      </w:tr>
    </w:tbl>
    <w:p w14:paraId="3C811114" w14:textId="77777777" w:rsidR="00745FFC" w:rsidRPr="00B317BA" w:rsidRDefault="00000000">
      <w:pPr>
        <w:keepNext/>
        <w:spacing w:before="100" w:after="60"/>
        <w:rPr>
          <w:color w:val="000000" w:themeColor="text1"/>
        </w:rPr>
      </w:pPr>
      <w:r w:rsidRPr="00B317BA">
        <w:rPr>
          <w:b/>
          <w:color w:val="000000" w:themeColor="text1"/>
          <w:sz w:val="20"/>
        </w:rPr>
        <w:t>GEWENSTE BEHANDELING</w:t>
      </w:r>
    </w:p>
    <w:p w14:paraId="3E78FD1D" w14:textId="77777777" w:rsidR="00745FFC" w:rsidRDefault="00000000">
      <w:pPr>
        <w:spacing w:after="60"/>
      </w:pPr>
      <w:r>
        <w:rPr>
          <w:color w:val="666666"/>
          <w:sz w:val="17"/>
        </w:rPr>
        <w:t>Kruis aan welke werkzaamheden u wilt laten uitvoeren.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326"/>
        <w:gridCol w:w="5326"/>
      </w:tblGrid>
      <w:tr w:rsidR="00745FFC" w14:paraId="5BCAD9CB" w14:textId="77777777">
        <w:trPr>
          <w:jc w:val="center"/>
        </w:trPr>
        <w:tc>
          <w:tcPr>
            <w:tcW w:w="5326" w:type="dxa"/>
            <w:tcMar>
              <w:top w:w="115" w:type="dxa"/>
              <w:left w:w="120" w:type="dxa"/>
              <w:bottom w:w="115" w:type="dxa"/>
              <w:right w:w="120" w:type="dxa"/>
            </w:tcMar>
            <w:vAlign w:val="center"/>
          </w:tcPr>
          <w:p w14:paraId="42931B00" w14:textId="77777777" w:rsidR="00745FFC" w:rsidRDefault="00000000">
            <w:r>
              <w:t>☐  Ontvetten en reinigen</w:t>
            </w:r>
          </w:p>
        </w:tc>
        <w:tc>
          <w:tcPr>
            <w:tcW w:w="5326" w:type="dxa"/>
            <w:tcMar>
              <w:top w:w="115" w:type="dxa"/>
              <w:left w:w="120" w:type="dxa"/>
              <w:bottom w:w="115" w:type="dxa"/>
              <w:right w:w="120" w:type="dxa"/>
            </w:tcMar>
            <w:vAlign w:val="center"/>
          </w:tcPr>
          <w:p w14:paraId="207FA432" w14:textId="77777777" w:rsidR="00745FFC" w:rsidRDefault="00000000">
            <w:r>
              <w:t>☐  Voorstralen</w:t>
            </w:r>
          </w:p>
        </w:tc>
      </w:tr>
      <w:tr w:rsidR="00745FFC" w14:paraId="18E77E5A" w14:textId="77777777">
        <w:trPr>
          <w:jc w:val="center"/>
        </w:trPr>
        <w:tc>
          <w:tcPr>
            <w:tcW w:w="5326" w:type="dxa"/>
            <w:tcMar>
              <w:top w:w="115" w:type="dxa"/>
              <w:left w:w="120" w:type="dxa"/>
              <w:bottom w:w="115" w:type="dxa"/>
              <w:right w:w="120" w:type="dxa"/>
            </w:tcMar>
            <w:vAlign w:val="center"/>
          </w:tcPr>
          <w:p w14:paraId="10123377" w14:textId="77777777" w:rsidR="00745FFC" w:rsidRDefault="00000000">
            <w:r>
              <w:t>☐  Aquablast-behandeling inclusief spoelen</w:t>
            </w:r>
          </w:p>
        </w:tc>
        <w:tc>
          <w:tcPr>
            <w:tcW w:w="5326" w:type="dxa"/>
            <w:tcMar>
              <w:top w:w="115" w:type="dxa"/>
              <w:left w:w="120" w:type="dxa"/>
              <w:bottom w:w="115" w:type="dxa"/>
              <w:right w:w="120" w:type="dxa"/>
            </w:tcMar>
            <w:vAlign w:val="center"/>
          </w:tcPr>
          <w:p w14:paraId="254D133B" w14:textId="77777777" w:rsidR="00745FFC" w:rsidRDefault="00000000">
            <w:r>
              <w:t>☐  Reinigen voor montage</w:t>
            </w:r>
          </w:p>
        </w:tc>
      </w:tr>
      <w:tr w:rsidR="00745FFC" w:rsidRPr="00B317BA" w14:paraId="16377ED0" w14:textId="77777777">
        <w:trPr>
          <w:jc w:val="center"/>
        </w:trPr>
        <w:tc>
          <w:tcPr>
            <w:tcW w:w="5326" w:type="dxa"/>
            <w:tcMar>
              <w:top w:w="115" w:type="dxa"/>
              <w:left w:w="120" w:type="dxa"/>
              <w:bottom w:w="115" w:type="dxa"/>
              <w:right w:w="120" w:type="dxa"/>
            </w:tcMar>
            <w:vAlign w:val="center"/>
          </w:tcPr>
          <w:p w14:paraId="03E6F3DA" w14:textId="77777777" w:rsidR="00745FFC" w:rsidRPr="00B317BA" w:rsidRDefault="00000000">
            <w:pPr>
              <w:rPr>
                <w:color w:val="000000" w:themeColor="text1"/>
              </w:rPr>
            </w:pPr>
            <w:r w:rsidRPr="00B317BA">
              <w:rPr>
                <w:color w:val="000000" w:themeColor="text1"/>
              </w:rPr>
              <w:t>☐  Ultrasoon reinigen</w:t>
            </w:r>
          </w:p>
        </w:tc>
        <w:tc>
          <w:tcPr>
            <w:tcW w:w="5326" w:type="dxa"/>
            <w:tcMar>
              <w:top w:w="115" w:type="dxa"/>
              <w:left w:w="120" w:type="dxa"/>
              <w:bottom w:w="115" w:type="dxa"/>
              <w:right w:w="120" w:type="dxa"/>
            </w:tcMar>
            <w:vAlign w:val="center"/>
          </w:tcPr>
          <w:p w14:paraId="4E25ABAA" w14:textId="77777777" w:rsidR="00745FFC" w:rsidRPr="00B317BA" w:rsidRDefault="00000000">
            <w:pPr>
              <w:rPr>
                <w:color w:val="000000" w:themeColor="text1"/>
              </w:rPr>
            </w:pPr>
            <w:r w:rsidRPr="00B317BA">
              <w:rPr>
                <w:color w:val="000000" w:themeColor="text1"/>
              </w:rPr>
              <w:t>☐  Retourzending</w:t>
            </w:r>
          </w:p>
        </w:tc>
      </w:tr>
    </w:tbl>
    <w:p w14:paraId="6A08B42C" w14:textId="77777777" w:rsidR="00745FFC" w:rsidRPr="00B317BA" w:rsidRDefault="00000000">
      <w:pPr>
        <w:keepNext/>
        <w:spacing w:before="100" w:after="60"/>
        <w:rPr>
          <w:color w:val="000000" w:themeColor="text1"/>
        </w:rPr>
      </w:pPr>
      <w:r w:rsidRPr="00B317BA">
        <w:rPr>
          <w:b/>
          <w:color w:val="000000" w:themeColor="text1"/>
          <w:sz w:val="20"/>
        </w:rPr>
        <w:t>AANGELEVERDE ONDERDELEN</w:t>
      </w:r>
    </w:p>
    <w:p w14:paraId="6AF4E82E" w14:textId="77777777" w:rsidR="00745FFC" w:rsidRDefault="00000000">
      <w:pPr>
        <w:spacing w:after="60"/>
      </w:pPr>
      <w:r>
        <w:rPr>
          <w:color w:val="666666"/>
          <w:sz w:val="17"/>
        </w:rPr>
        <w:t>Vermeld per onderdeel het exacte aantal en een duidelijke omschrijving.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216"/>
        <w:gridCol w:w="5499"/>
        <w:gridCol w:w="3628"/>
      </w:tblGrid>
      <w:tr w:rsidR="00745FFC" w14:paraId="26534C42" w14:textId="77777777" w:rsidTr="00B317BA">
        <w:trPr>
          <w:tblHeader/>
        </w:trPr>
        <w:tc>
          <w:tcPr>
            <w:tcW w:w="1216" w:type="dxa"/>
            <w:shd w:val="clear" w:color="auto" w:fill="222222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07C11A4" w14:textId="77777777" w:rsidR="00745FFC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Aantal</w:t>
            </w:r>
          </w:p>
        </w:tc>
        <w:tc>
          <w:tcPr>
            <w:tcW w:w="5499" w:type="dxa"/>
            <w:shd w:val="clear" w:color="auto" w:fill="222222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2BD8DD4" w14:textId="77777777" w:rsidR="00745FFC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Onderdeel en omschrijving</w:t>
            </w:r>
          </w:p>
        </w:tc>
        <w:tc>
          <w:tcPr>
            <w:tcW w:w="3628" w:type="dxa"/>
            <w:shd w:val="clear" w:color="auto" w:fill="222222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CF6E244" w14:textId="77777777" w:rsidR="00745FFC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Merk type of serienummer</w:t>
            </w:r>
          </w:p>
        </w:tc>
      </w:tr>
      <w:tr w:rsidR="00745FFC" w14:paraId="791342F2" w14:textId="77777777" w:rsidTr="00B317BA">
        <w:tc>
          <w:tcPr>
            <w:tcW w:w="1216" w:type="dxa"/>
            <w:tcMar>
              <w:top w:w="125" w:type="dxa"/>
              <w:left w:w="100" w:type="dxa"/>
              <w:bottom w:w="125" w:type="dxa"/>
              <w:right w:w="100" w:type="dxa"/>
            </w:tcMar>
            <w:vAlign w:val="center"/>
          </w:tcPr>
          <w:p w14:paraId="64A135B3" w14:textId="77777777" w:rsidR="00745FFC" w:rsidRDefault="00000000">
            <w:pPr>
              <w:jc w:val="center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5499" w:type="dxa"/>
            <w:tcMar>
              <w:top w:w="125" w:type="dxa"/>
              <w:left w:w="100" w:type="dxa"/>
              <w:bottom w:w="125" w:type="dxa"/>
              <w:right w:w="100" w:type="dxa"/>
            </w:tcMar>
            <w:vAlign w:val="center"/>
          </w:tcPr>
          <w:p w14:paraId="1795F6EF" w14:textId="77777777" w:rsidR="00745FFC" w:rsidRDefault="00000000">
            <w:r>
              <w:rPr>
                <w:sz w:val="17"/>
              </w:rPr>
              <w:t xml:space="preserve"> </w:t>
            </w:r>
          </w:p>
        </w:tc>
        <w:tc>
          <w:tcPr>
            <w:tcW w:w="3628" w:type="dxa"/>
            <w:tcMar>
              <w:top w:w="125" w:type="dxa"/>
              <w:left w:w="100" w:type="dxa"/>
              <w:bottom w:w="125" w:type="dxa"/>
              <w:right w:w="100" w:type="dxa"/>
            </w:tcMar>
            <w:vAlign w:val="center"/>
          </w:tcPr>
          <w:p w14:paraId="6F2EFFAB" w14:textId="77777777" w:rsidR="00745FFC" w:rsidRDefault="00000000">
            <w:r>
              <w:rPr>
                <w:sz w:val="17"/>
              </w:rPr>
              <w:t xml:space="preserve"> </w:t>
            </w:r>
          </w:p>
        </w:tc>
      </w:tr>
      <w:tr w:rsidR="00745FFC" w14:paraId="68C25FC7" w14:textId="77777777" w:rsidTr="00B317BA">
        <w:tc>
          <w:tcPr>
            <w:tcW w:w="1216" w:type="dxa"/>
            <w:shd w:val="clear" w:color="auto" w:fill="F8F8F8"/>
            <w:tcMar>
              <w:top w:w="125" w:type="dxa"/>
              <w:left w:w="100" w:type="dxa"/>
              <w:bottom w:w="125" w:type="dxa"/>
              <w:right w:w="100" w:type="dxa"/>
            </w:tcMar>
            <w:vAlign w:val="center"/>
          </w:tcPr>
          <w:p w14:paraId="72FC399E" w14:textId="77777777" w:rsidR="00745FFC" w:rsidRDefault="00000000">
            <w:pPr>
              <w:jc w:val="center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5499" w:type="dxa"/>
            <w:shd w:val="clear" w:color="auto" w:fill="F8F8F8"/>
            <w:tcMar>
              <w:top w:w="125" w:type="dxa"/>
              <w:left w:w="100" w:type="dxa"/>
              <w:bottom w:w="125" w:type="dxa"/>
              <w:right w:w="100" w:type="dxa"/>
            </w:tcMar>
            <w:vAlign w:val="center"/>
          </w:tcPr>
          <w:p w14:paraId="513B5E67" w14:textId="77777777" w:rsidR="00745FFC" w:rsidRDefault="00000000">
            <w:r>
              <w:rPr>
                <w:sz w:val="17"/>
              </w:rPr>
              <w:t xml:space="preserve"> </w:t>
            </w:r>
          </w:p>
        </w:tc>
        <w:tc>
          <w:tcPr>
            <w:tcW w:w="3628" w:type="dxa"/>
            <w:shd w:val="clear" w:color="auto" w:fill="F8F8F8"/>
            <w:tcMar>
              <w:top w:w="125" w:type="dxa"/>
              <w:left w:w="100" w:type="dxa"/>
              <w:bottom w:w="125" w:type="dxa"/>
              <w:right w:w="100" w:type="dxa"/>
            </w:tcMar>
            <w:vAlign w:val="center"/>
          </w:tcPr>
          <w:p w14:paraId="6DA186EF" w14:textId="77777777" w:rsidR="00745FFC" w:rsidRDefault="00000000">
            <w:r>
              <w:rPr>
                <w:sz w:val="17"/>
              </w:rPr>
              <w:t xml:space="preserve"> </w:t>
            </w:r>
          </w:p>
        </w:tc>
      </w:tr>
      <w:tr w:rsidR="00745FFC" w14:paraId="2F33A406" w14:textId="77777777" w:rsidTr="00B317BA">
        <w:tc>
          <w:tcPr>
            <w:tcW w:w="1216" w:type="dxa"/>
            <w:tcMar>
              <w:top w:w="125" w:type="dxa"/>
              <w:left w:w="100" w:type="dxa"/>
              <w:bottom w:w="125" w:type="dxa"/>
              <w:right w:w="100" w:type="dxa"/>
            </w:tcMar>
            <w:vAlign w:val="center"/>
          </w:tcPr>
          <w:p w14:paraId="03E1574C" w14:textId="77777777" w:rsidR="00745FFC" w:rsidRDefault="00000000">
            <w:pPr>
              <w:jc w:val="center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5499" w:type="dxa"/>
            <w:tcMar>
              <w:top w:w="125" w:type="dxa"/>
              <w:left w:w="100" w:type="dxa"/>
              <w:bottom w:w="125" w:type="dxa"/>
              <w:right w:w="100" w:type="dxa"/>
            </w:tcMar>
            <w:vAlign w:val="center"/>
          </w:tcPr>
          <w:p w14:paraId="76DEB7B4" w14:textId="77777777" w:rsidR="00745FFC" w:rsidRDefault="00000000">
            <w:r>
              <w:rPr>
                <w:sz w:val="17"/>
              </w:rPr>
              <w:t xml:space="preserve"> </w:t>
            </w:r>
          </w:p>
        </w:tc>
        <w:tc>
          <w:tcPr>
            <w:tcW w:w="3628" w:type="dxa"/>
            <w:tcMar>
              <w:top w:w="125" w:type="dxa"/>
              <w:left w:w="100" w:type="dxa"/>
              <w:bottom w:w="125" w:type="dxa"/>
              <w:right w:w="100" w:type="dxa"/>
            </w:tcMar>
            <w:vAlign w:val="center"/>
          </w:tcPr>
          <w:p w14:paraId="593A5DF7" w14:textId="77777777" w:rsidR="00745FFC" w:rsidRDefault="00000000">
            <w:r>
              <w:rPr>
                <w:sz w:val="17"/>
              </w:rPr>
              <w:t xml:space="preserve"> </w:t>
            </w:r>
          </w:p>
        </w:tc>
      </w:tr>
      <w:tr w:rsidR="00745FFC" w14:paraId="5B6A4F38" w14:textId="77777777" w:rsidTr="00B317BA">
        <w:tc>
          <w:tcPr>
            <w:tcW w:w="1216" w:type="dxa"/>
            <w:shd w:val="clear" w:color="auto" w:fill="F8F8F8"/>
            <w:tcMar>
              <w:top w:w="125" w:type="dxa"/>
              <w:left w:w="100" w:type="dxa"/>
              <w:bottom w:w="125" w:type="dxa"/>
              <w:right w:w="100" w:type="dxa"/>
            </w:tcMar>
            <w:vAlign w:val="center"/>
          </w:tcPr>
          <w:p w14:paraId="6B28451B" w14:textId="77777777" w:rsidR="00745FFC" w:rsidRDefault="00000000">
            <w:pPr>
              <w:jc w:val="center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5499" w:type="dxa"/>
            <w:shd w:val="clear" w:color="auto" w:fill="F8F8F8"/>
            <w:tcMar>
              <w:top w:w="125" w:type="dxa"/>
              <w:left w:w="100" w:type="dxa"/>
              <w:bottom w:w="125" w:type="dxa"/>
              <w:right w:w="100" w:type="dxa"/>
            </w:tcMar>
            <w:vAlign w:val="center"/>
          </w:tcPr>
          <w:p w14:paraId="02F00F3A" w14:textId="77777777" w:rsidR="00745FFC" w:rsidRDefault="00000000">
            <w:r>
              <w:rPr>
                <w:sz w:val="17"/>
              </w:rPr>
              <w:t xml:space="preserve"> </w:t>
            </w:r>
          </w:p>
        </w:tc>
        <w:tc>
          <w:tcPr>
            <w:tcW w:w="3628" w:type="dxa"/>
            <w:shd w:val="clear" w:color="auto" w:fill="F8F8F8"/>
            <w:tcMar>
              <w:top w:w="125" w:type="dxa"/>
              <w:left w:w="100" w:type="dxa"/>
              <w:bottom w:w="125" w:type="dxa"/>
              <w:right w:w="100" w:type="dxa"/>
            </w:tcMar>
            <w:vAlign w:val="center"/>
          </w:tcPr>
          <w:p w14:paraId="4E84E5A2" w14:textId="77777777" w:rsidR="00745FFC" w:rsidRDefault="00000000">
            <w:r>
              <w:rPr>
                <w:sz w:val="17"/>
              </w:rPr>
              <w:t xml:space="preserve"> </w:t>
            </w:r>
          </w:p>
        </w:tc>
      </w:tr>
      <w:tr w:rsidR="00745FFC" w14:paraId="4967A246" w14:textId="77777777" w:rsidTr="00B317BA">
        <w:tc>
          <w:tcPr>
            <w:tcW w:w="1216" w:type="dxa"/>
            <w:tcMar>
              <w:top w:w="125" w:type="dxa"/>
              <w:left w:w="100" w:type="dxa"/>
              <w:bottom w:w="125" w:type="dxa"/>
              <w:right w:w="100" w:type="dxa"/>
            </w:tcMar>
            <w:vAlign w:val="center"/>
          </w:tcPr>
          <w:p w14:paraId="186E003F" w14:textId="77777777" w:rsidR="00745FFC" w:rsidRDefault="00000000">
            <w:pPr>
              <w:jc w:val="center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5499" w:type="dxa"/>
            <w:tcMar>
              <w:top w:w="125" w:type="dxa"/>
              <w:left w:w="100" w:type="dxa"/>
              <w:bottom w:w="125" w:type="dxa"/>
              <w:right w:w="100" w:type="dxa"/>
            </w:tcMar>
            <w:vAlign w:val="center"/>
          </w:tcPr>
          <w:p w14:paraId="4F0C2FC0" w14:textId="77777777" w:rsidR="00745FFC" w:rsidRDefault="00000000">
            <w:r>
              <w:rPr>
                <w:sz w:val="17"/>
              </w:rPr>
              <w:t xml:space="preserve"> </w:t>
            </w:r>
          </w:p>
        </w:tc>
        <w:tc>
          <w:tcPr>
            <w:tcW w:w="3628" w:type="dxa"/>
            <w:tcMar>
              <w:top w:w="125" w:type="dxa"/>
              <w:left w:w="100" w:type="dxa"/>
              <w:bottom w:w="125" w:type="dxa"/>
              <w:right w:w="100" w:type="dxa"/>
            </w:tcMar>
            <w:vAlign w:val="center"/>
          </w:tcPr>
          <w:p w14:paraId="2190C1CD" w14:textId="77777777" w:rsidR="00745FFC" w:rsidRDefault="00000000">
            <w:r>
              <w:rPr>
                <w:sz w:val="17"/>
              </w:rPr>
              <w:t xml:space="preserve"> </w:t>
            </w:r>
          </w:p>
        </w:tc>
      </w:tr>
    </w:tbl>
    <w:p w14:paraId="27C9383D" w14:textId="77777777" w:rsidR="00745FFC" w:rsidRPr="00B317BA" w:rsidRDefault="00000000">
      <w:pPr>
        <w:keepNext/>
        <w:spacing w:before="100" w:after="60"/>
        <w:rPr>
          <w:color w:val="000000" w:themeColor="text1"/>
        </w:rPr>
      </w:pPr>
      <w:r w:rsidRPr="00B317BA">
        <w:rPr>
          <w:b/>
          <w:color w:val="000000" w:themeColor="text1"/>
          <w:sz w:val="20"/>
        </w:rPr>
        <w:t>BETALING EN AANVULLENDE INFORMATIE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326"/>
        <w:gridCol w:w="5326"/>
      </w:tblGrid>
      <w:tr w:rsidR="00745FFC" w14:paraId="1BADF9D5" w14:textId="77777777">
        <w:trPr>
          <w:jc w:val="center"/>
        </w:trPr>
        <w:tc>
          <w:tcPr>
            <w:tcW w:w="5326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6D7F49B5" w14:textId="77777777" w:rsidR="00745FFC" w:rsidRDefault="00000000">
            <w:r>
              <w:rPr>
                <w:b/>
                <w:sz w:val="17"/>
              </w:rPr>
              <w:t>Gewenste betaalmethode</w:t>
            </w:r>
          </w:p>
          <w:p w14:paraId="473BA4E2" w14:textId="77777777" w:rsidR="00745FFC" w:rsidRDefault="00000000">
            <w:r>
              <w:rPr>
                <w:sz w:val="17"/>
              </w:rPr>
              <w:t>☐  Betaalverzoek of Tikkie</w:t>
            </w:r>
          </w:p>
          <w:p w14:paraId="56313CF4" w14:textId="77777777" w:rsidR="00745FFC" w:rsidRDefault="00000000">
            <w:r>
              <w:rPr>
                <w:sz w:val="17"/>
              </w:rPr>
              <w:t>☐  Bankoverschrijving</w:t>
            </w:r>
          </w:p>
        </w:tc>
        <w:tc>
          <w:tcPr>
            <w:tcW w:w="5326" w:type="dxa"/>
            <w:tcMar>
              <w:top w:w="100" w:type="dxa"/>
              <w:left w:w="110" w:type="dxa"/>
              <w:bottom w:w="100" w:type="dxa"/>
              <w:right w:w="110" w:type="dxa"/>
            </w:tcMar>
          </w:tcPr>
          <w:p w14:paraId="39FC4817" w14:textId="77777777" w:rsidR="00745FFC" w:rsidRDefault="00000000">
            <w:r>
              <w:rPr>
                <w:b/>
                <w:sz w:val="17"/>
              </w:rPr>
              <w:t>Overige informatie of bijzondere wensen</w:t>
            </w:r>
          </w:p>
          <w:p w14:paraId="1E665FF7" w14:textId="77777777" w:rsidR="00745FFC" w:rsidRDefault="00000000">
            <w:r>
              <w:rPr>
                <w:color w:val="666666"/>
                <w:sz w:val="16"/>
              </w:rPr>
              <w:t>................................................................................................</w:t>
            </w:r>
          </w:p>
          <w:p w14:paraId="587C56C1" w14:textId="77777777" w:rsidR="00745FFC" w:rsidRDefault="00000000">
            <w:r>
              <w:rPr>
                <w:color w:val="666666"/>
                <w:sz w:val="16"/>
              </w:rPr>
              <w:t>................................................................................................</w:t>
            </w:r>
          </w:p>
          <w:p w14:paraId="351903A7" w14:textId="77777777" w:rsidR="00745FFC" w:rsidRDefault="00000000">
            <w:r>
              <w:rPr>
                <w:color w:val="666666"/>
                <w:sz w:val="16"/>
              </w:rPr>
              <w:t>................................................................................................</w:t>
            </w:r>
          </w:p>
        </w:tc>
      </w:tr>
    </w:tbl>
    <w:p w14:paraId="7C5623E3" w14:textId="77777777" w:rsidR="00745FFC" w:rsidRPr="00B317BA" w:rsidRDefault="00000000">
      <w:pPr>
        <w:keepNext/>
        <w:spacing w:before="100" w:after="60"/>
        <w:rPr>
          <w:i/>
          <w:iCs/>
        </w:rPr>
      </w:pPr>
      <w:r w:rsidRPr="00B317BA">
        <w:rPr>
          <w:b/>
          <w:i/>
          <w:iCs/>
          <w:color w:val="D71920"/>
          <w:sz w:val="20"/>
        </w:rPr>
        <w:t>BELANGRIJK BIJ HET AANLEVEREN</w:t>
      </w:r>
    </w:p>
    <w:p w14:paraId="0FABAE8F" w14:textId="77777777" w:rsidR="00745FFC" w:rsidRPr="00B317BA" w:rsidRDefault="00000000">
      <w:pPr>
        <w:spacing w:after="20"/>
        <w:ind w:left="170" w:hanging="170"/>
        <w:rPr>
          <w:color w:val="000000" w:themeColor="text1"/>
          <w:sz w:val="24"/>
          <w:szCs w:val="32"/>
        </w:rPr>
      </w:pPr>
      <w:r w:rsidRPr="00B317BA">
        <w:rPr>
          <w:color w:val="000000" w:themeColor="text1"/>
          <w:sz w:val="20"/>
          <w:szCs w:val="32"/>
        </w:rPr>
        <w:t xml:space="preserve">•  Lever </w:t>
      </w:r>
      <w:proofErr w:type="spellStart"/>
      <w:r w:rsidRPr="00B317BA">
        <w:rPr>
          <w:color w:val="000000" w:themeColor="text1"/>
          <w:sz w:val="20"/>
          <w:szCs w:val="32"/>
        </w:rPr>
        <w:t>onderdelen</w:t>
      </w:r>
      <w:proofErr w:type="spellEnd"/>
      <w:r w:rsidRPr="00B317BA">
        <w:rPr>
          <w:color w:val="000000" w:themeColor="text1"/>
          <w:sz w:val="20"/>
          <w:szCs w:val="32"/>
        </w:rPr>
        <w:t xml:space="preserve"> </w:t>
      </w:r>
      <w:proofErr w:type="spellStart"/>
      <w:r w:rsidRPr="00B317BA">
        <w:rPr>
          <w:color w:val="000000" w:themeColor="text1"/>
          <w:sz w:val="20"/>
          <w:szCs w:val="32"/>
        </w:rPr>
        <w:t>volledig</w:t>
      </w:r>
      <w:proofErr w:type="spellEnd"/>
      <w:r w:rsidRPr="00B317BA">
        <w:rPr>
          <w:color w:val="000000" w:themeColor="text1"/>
          <w:sz w:val="20"/>
          <w:szCs w:val="32"/>
        </w:rPr>
        <w:t xml:space="preserve"> gedemonteerd, olie- en vetvrij aan.</w:t>
      </w:r>
    </w:p>
    <w:p w14:paraId="4854576D" w14:textId="77777777" w:rsidR="00745FFC" w:rsidRPr="00B317BA" w:rsidRDefault="00000000">
      <w:pPr>
        <w:spacing w:after="20"/>
        <w:ind w:left="170" w:hanging="170"/>
        <w:rPr>
          <w:color w:val="000000" w:themeColor="text1"/>
          <w:sz w:val="24"/>
          <w:szCs w:val="32"/>
        </w:rPr>
      </w:pPr>
      <w:r w:rsidRPr="00B317BA">
        <w:rPr>
          <w:color w:val="000000" w:themeColor="text1"/>
          <w:sz w:val="20"/>
          <w:szCs w:val="32"/>
        </w:rPr>
        <w:t>•  Verwijder pakkingen, keerringen, zand, modder en koelvloeistof.</w:t>
      </w:r>
    </w:p>
    <w:p w14:paraId="66AAC244" w14:textId="77777777" w:rsidR="00745FFC" w:rsidRPr="00B317BA" w:rsidRDefault="00000000">
      <w:pPr>
        <w:spacing w:after="20"/>
        <w:ind w:left="170" w:hanging="170"/>
        <w:rPr>
          <w:color w:val="000000" w:themeColor="text1"/>
          <w:sz w:val="24"/>
          <w:szCs w:val="32"/>
        </w:rPr>
      </w:pPr>
      <w:r w:rsidRPr="00B317BA">
        <w:rPr>
          <w:color w:val="000000" w:themeColor="text1"/>
          <w:sz w:val="20"/>
          <w:szCs w:val="32"/>
        </w:rPr>
        <w:t>•  Plaats bij voorkeur oude bouten in draadgaten om de schroefdraad te beschermen.</w:t>
      </w:r>
    </w:p>
    <w:p w14:paraId="739A0C34" w14:textId="77D31149" w:rsidR="00B317BA" w:rsidRPr="00B317BA" w:rsidRDefault="00000000" w:rsidP="00B317BA">
      <w:pPr>
        <w:spacing w:after="20"/>
        <w:ind w:left="170" w:hanging="170"/>
        <w:rPr>
          <w:color w:val="000000" w:themeColor="text1"/>
          <w:sz w:val="20"/>
          <w:szCs w:val="32"/>
        </w:rPr>
      </w:pPr>
      <w:r w:rsidRPr="00B317BA">
        <w:rPr>
          <w:color w:val="000000" w:themeColor="text1"/>
          <w:sz w:val="20"/>
          <w:szCs w:val="32"/>
        </w:rPr>
        <w:t xml:space="preserve">•  Verpak de onderdelen stevig en voeg dit volledig ingevulde formulier toe </w:t>
      </w:r>
      <w:proofErr w:type="spellStart"/>
      <w:r w:rsidRPr="00B317BA">
        <w:rPr>
          <w:color w:val="000000" w:themeColor="text1"/>
          <w:sz w:val="20"/>
          <w:szCs w:val="32"/>
        </w:rPr>
        <w:t>aan</w:t>
      </w:r>
      <w:proofErr w:type="spellEnd"/>
      <w:r w:rsidRPr="00B317BA">
        <w:rPr>
          <w:color w:val="000000" w:themeColor="text1"/>
          <w:sz w:val="20"/>
          <w:szCs w:val="32"/>
        </w:rPr>
        <w:t xml:space="preserve"> het </w:t>
      </w:r>
      <w:proofErr w:type="spellStart"/>
      <w:r w:rsidRPr="00B317BA">
        <w:rPr>
          <w:color w:val="000000" w:themeColor="text1"/>
          <w:sz w:val="20"/>
          <w:szCs w:val="32"/>
        </w:rPr>
        <w:t>pakket</w:t>
      </w:r>
      <w:proofErr w:type="spellEnd"/>
      <w:r w:rsidRPr="00B317BA">
        <w:rPr>
          <w:color w:val="000000" w:themeColor="text1"/>
          <w:sz w:val="20"/>
          <w:szCs w:val="32"/>
        </w:rPr>
        <w:t>.</w:t>
      </w:r>
    </w:p>
    <w:p w14:paraId="4EF718BA" w14:textId="77777777" w:rsidR="00745FFC" w:rsidRDefault="00000000">
      <w:pPr>
        <w:spacing w:before="60"/>
      </w:pPr>
      <w:r w:rsidRPr="00B317BA">
        <w:rPr>
          <w:i/>
          <w:color w:val="666666"/>
          <w:sz w:val="16"/>
          <w:szCs w:val="24"/>
        </w:rPr>
        <w:t xml:space="preserve">De uiteindelijke kosten zijn afhankelijk van het materiaal, de vervuiling, </w:t>
      </w:r>
      <w:proofErr w:type="spellStart"/>
      <w:r w:rsidRPr="00B317BA">
        <w:rPr>
          <w:i/>
          <w:color w:val="666666"/>
          <w:sz w:val="16"/>
          <w:szCs w:val="24"/>
        </w:rPr>
        <w:t>corrosie</w:t>
      </w:r>
      <w:proofErr w:type="spellEnd"/>
      <w:r w:rsidRPr="00B317BA">
        <w:rPr>
          <w:i/>
          <w:color w:val="666666"/>
          <w:sz w:val="16"/>
          <w:szCs w:val="24"/>
        </w:rPr>
        <w:t xml:space="preserve"> en </w:t>
      </w:r>
      <w:proofErr w:type="spellStart"/>
      <w:r w:rsidRPr="00B317BA">
        <w:rPr>
          <w:i/>
          <w:color w:val="666666"/>
          <w:sz w:val="16"/>
          <w:szCs w:val="24"/>
        </w:rPr>
        <w:t>eventuele</w:t>
      </w:r>
      <w:proofErr w:type="spellEnd"/>
      <w:r w:rsidRPr="00B317BA">
        <w:rPr>
          <w:i/>
          <w:color w:val="666666"/>
          <w:sz w:val="16"/>
          <w:szCs w:val="24"/>
        </w:rPr>
        <w:t xml:space="preserve"> coatings</w:t>
      </w:r>
      <w:r>
        <w:rPr>
          <w:i/>
          <w:color w:val="666666"/>
          <w:sz w:val="15"/>
        </w:rPr>
        <w:t>. Wanneer aanvullende werkzaamheden nodig zijn, nemen wij vooraf contact met u op.</w:t>
      </w:r>
    </w:p>
    <w:sectPr w:rsidR="00745FFC" w:rsidSect="00034616">
      <w:footerReference w:type="default" r:id="rId9"/>
      <w:pgSz w:w="12240" w:h="15840"/>
      <w:pgMar w:top="567" w:right="794" w:bottom="567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3A325" w14:textId="77777777" w:rsidR="0089300D" w:rsidRDefault="0089300D">
      <w:pPr>
        <w:spacing w:line="240" w:lineRule="auto"/>
      </w:pPr>
      <w:r>
        <w:separator/>
      </w:r>
    </w:p>
  </w:endnote>
  <w:endnote w:type="continuationSeparator" w:id="0">
    <w:p w14:paraId="1CF6A31A" w14:textId="77777777" w:rsidR="0089300D" w:rsidRDefault="008930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206A1" w14:textId="77777777" w:rsidR="00745FFC" w:rsidRDefault="00000000">
    <w:pPr>
      <w:pStyle w:val="Voettekst"/>
      <w:jc w:val="center"/>
    </w:pPr>
    <w:proofErr w:type="spellStart"/>
    <w:r>
      <w:rPr>
        <w:color w:val="666666"/>
        <w:sz w:val="14"/>
      </w:rPr>
      <w:t>KvK</w:t>
    </w:r>
    <w:proofErr w:type="spellEnd"/>
    <w:r>
      <w:rPr>
        <w:color w:val="666666"/>
        <w:sz w:val="14"/>
      </w:rPr>
      <w:t xml:space="preserve"> 66386993  |  BTW NL001212615B08  |  IBAN NL31 RABO 0310 9169 92  |  bewomotoren.nl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AC5B2" w14:textId="77777777" w:rsidR="0089300D" w:rsidRDefault="0089300D">
      <w:pPr>
        <w:spacing w:line="240" w:lineRule="auto"/>
      </w:pPr>
      <w:r>
        <w:separator/>
      </w:r>
    </w:p>
  </w:footnote>
  <w:footnote w:type="continuationSeparator" w:id="0">
    <w:p w14:paraId="4752B85F" w14:textId="77777777" w:rsidR="0089300D" w:rsidRDefault="0089300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4426767">
    <w:abstractNumId w:val="8"/>
  </w:num>
  <w:num w:numId="2" w16cid:durableId="1496723984">
    <w:abstractNumId w:val="6"/>
  </w:num>
  <w:num w:numId="3" w16cid:durableId="1968655287">
    <w:abstractNumId w:val="5"/>
  </w:num>
  <w:num w:numId="4" w16cid:durableId="39063020">
    <w:abstractNumId w:val="4"/>
  </w:num>
  <w:num w:numId="5" w16cid:durableId="1088968771">
    <w:abstractNumId w:val="7"/>
  </w:num>
  <w:num w:numId="6" w16cid:durableId="769159573">
    <w:abstractNumId w:val="3"/>
  </w:num>
  <w:num w:numId="7" w16cid:durableId="1038706298">
    <w:abstractNumId w:val="2"/>
  </w:num>
  <w:num w:numId="8" w16cid:durableId="1255743248">
    <w:abstractNumId w:val="1"/>
  </w:num>
  <w:num w:numId="9" w16cid:durableId="142822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45FFC"/>
    <w:rsid w:val="0089300D"/>
    <w:rsid w:val="009D07F0"/>
    <w:rsid w:val="00AA1D8D"/>
    <w:rsid w:val="00B317BA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2ACC08"/>
  <w14:defaultImageDpi w14:val="300"/>
  <w15:docId w15:val="{8A341C21-CEC3-4496-B687-4E728E153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pPr>
      <w:spacing w:after="0"/>
    </w:pPr>
    <w:rPr>
      <w:rFonts w:ascii="Arial" w:hAnsi="Arial"/>
      <w:color w:val="222222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Aquablast behandelingsformulier</dc:title>
  <dc:subject>Behandelingsformulier BEWO Motoren Revisie &amp; Tuning</dc:subject>
  <dc:creator>BEWO Motoren Revisie &amp; Tuning</dc:creator>
  <cp:keywords/>
  <dc:description>generated by python-docx</dc:description>
  <cp:lastModifiedBy>Bennie Wolsink | Ebero Bikes</cp:lastModifiedBy>
  <cp:revision>2</cp:revision>
  <dcterms:created xsi:type="dcterms:W3CDTF">2026-09-17T11:18:00Z</dcterms:created>
  <dcterms:modified xsi:type="dcterms:W3CDTF">2026-09-17T11:18:00Z</dcterms:modified>
  <cp:category/>
</cp:coreProperties>
</file>