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216"/>
      </w:tblGrid>
      <w:tr w:rsidR="00745FFC" w14:paraId="277F81CB" w14:textId="77777777">
        <w:trPr>
          <w:jc w:val="center"/>
        </w:trPr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77E8" w14:textId="77777777" w:rsidR="00745FFC" w:rsidRDefault="00000000">
            <w:r>
              <w:rPr>
                <w:noProof/>
              </w:rPr>
              <w:drawing>
                <wp:inline distT="0" distB="0" distL="0" distR="0" wp14:anchorId="787C89AF" wp14:editId="5CBAF0EA">
                  <wp:extent cx="1836000" cy="39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BCC75" w14:textId="77777777" w:rsidR="00745FFC" w:rsidRDefault="00000000">
            <w:pPr>
              <w:jc w:val="right"/>
            </w:pPr>
            <w:r>
              <w:rPr>
                <w:b/>
              </w:rPr>
              <w:t>BEWO Motoren Revisie &amp; Tuning</w:t>
            </w:r>
            <w:r>
              <w:rPr>
                <w:b/>
              </w:rPr>
              <w:br/>
            </w:r>
            <w:r>
              <w:rPr>
                <w:color w:val="666666"/>
                <w:sz w:val="16"/>
              </w:rPr>
              <w:t>Newtonstraat 6A  |  7131 PP Lichtenvoorde</w:t>
            </w:r>
            <w:r>
              <w:rPr>
                <w:color w:val="666666"/>
                <w:sz w:val="16"/>
              </w:rPr>
              <w:br/>
              <w:t>06 - 16 68 18 91  |  bewomotoren@gmail.com</w:t>
            </w:r>
          </w:p>
        </w:tc>
      </w:tr>
    </w:tbl>
    <w:p w14:paraId="61A301B1" w14:textId="77777777" w:rsidR="00745FFC" w:rsidRDefault="00000000">
      <w:pPr>
        <w:spacing w:before="80" w:after="20"/>
        <w:jc w:val="center"/>
      </w:pPr>
      <w:r>
        <w:rPr>
          <w:b/>
          <w:sz w:val="34"/>
        </w:rPr>
        <w:t>Aquablast treatment form</w:t>
      </w:r>
    </w:p>
    <w:p w14:paraId="4584BEF0" w14:textId="77777777" w:rsidR="00745FFC" w:rsidRDefault="00000000">
      <w:pPr>
        <w:spacing w:after="100"/>
        <w:jc w:val="center"/>
      </w:pPr>
      <w:r>
        <w:rPr>
          <w:i/>
          <w:color w:val="666666"/>
        </w:rPr>
        <w:t>We breathe new life into your parts</w:t>
      </w:r>
    </w:p>
    <w:p w14:paraId="109DDCA6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CUSTOMER DETAILS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745FFC" w14:paraId="7F6065F1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268F85" w14:textId="77777777" w:rsidR="00745FFC" w:rsidRDefault="00000000">
            <w:r>
              <w:rPr>
                <w:b/>
                <w:sz w:val="17"/>
              </w:rPr>
              <w:t>Name  ................................................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5C922B" w14:textId="77777777" w:rsidR="00745FFC" w:rsidRDefault="00000000">
            <w:r>
              <w:rPr>
                <w:b/>
                <w:sz w:val="17"/>
              </w:rPr>
              <w:t>Date  ................................................</w:t>
            </w:r>
          </w:p>
        </w:tc>
      </w:tr>
      <w:tr w:rsidR="00745FFC" w14:paraId="63AFC341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33C517" w14:textId="77777777" w:rsidR="00745FFC" w:rsidRDefault="00000000">
            <w:r>
              <w:rPr>
                <w:b/>
                <w:sz w:val="17"/>
              </w:rPr>
              <w:t>Address  ................................................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1CC49E" w14:textId="77777777" w:rsidR="00745FFC" w:rsidRDefault="00000000">
            <w:r>
              <w:rPr>
                <w:b/>
                <w:sz w:val="17"/>
              </w:rPr>
              <w:t>Postcode and town/city  ................................................</w:t>
            </w:r>
          </w:p>
        </w:tc>
      </w:tr>
      <w:tr w:rsidR="00745FFC" w14:paraId="2310117D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E276FE" w14:textId="77777777" w:rsidR="00745FFC" w:rsidRDefault="00000000">
            <w:r>
              <w:rPr>
                <w:b/>
                <w:sz w:val="17"/>
              </w:rPr>
              <w:t>Telephone number  ................................................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FBDB12" w14:textId="77777777" w:rsidR="00745FFC" w:rsidRDefault="00000000">
            <w:r>
              <w:rPr>
                <w:b/>
                <w:sz w:val="17"/>
              </w:rPr>
              <w:t>Email address  ................................................</w:t>
            </w:r>
          </w:p>
        </w:tc>
      </w:tr>
    </w:tbl>
    <w:p w14:paraId="3A7BBAFB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REQUESTED TREATMENT</w:t>
      </w:r>
    </w:p>
    <w:p w14:paraId="37C10F78" w14:textId="77777777" w:rsidR="00745FFC" w:rsidRDefault="00000000">
      <w:pPr>
        <w:spacing w:after="60"/>
      </w:pPr>
      <w:r>
        <w:rPr>
          <w:color w:val="666666"/>
          <w:sz w:val="17"/>
        </w:rPr>
        <w:t>Please tick the services you would like us to carry out.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745FFC" w14:paraId="0F940A29" w14:textId="77777777">
        <w:trPr>
          <w:jc w:val="center"/>
        </w:trPr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047B31BC" w14:textId="77777777" w:rsidR="00745FFC" w:rsidRDefault="00000000">
            <w:r>
              <w:t>☐  Degreasing and cleaning</w:t>
            </w:r>
          </w:p>
        </w:tc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052FA330" w14:textId="77777777" w:rsidR="00745FFC" w:rsidRDefault="00000000">
            <w:r>
              <w:t>☐  Pre-blasting</w:t>
            </w:r>
          </w:p>
        </w:tc>
      </w:tr>
      <w:tr w:rsidR="00745FFC" w14:paraId="4618571D" w14:textId="77777777">
        <w:trPr>
          <w:jc w:val="center"/>
        </w:trPr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3D567055" w14:textId="77777777" w:rsidR="00745FFC" w:rsidRDefault="00000000">
            <w:r>
              <w:t>☐  Aquablast treatment including rinsing</w:t>
            </w:r>
          </w:p>
        </w:tc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38203184" w14:textId="77777777" w:rsidR="00745FFC" w:rsidRDefault="00000000">
            <w:r>
              <w:t>☐  Cleaning prior to assembly</w:t>
            </w:r>
          </w:p>
        </w:tc>
      </w:tr>
      <w:tr w:rsidR="00745FFC" w:rsidRPr="00B317BA" w14:paraId="0E53FD7F" w14:textId="77777777">
        <w:trPr>
          <w:jc w:val="center"/>
        </w:trPr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2ED2DC49" w14:textId="77777777" w:rsidR="00745FFC" w:rsidRPr="00B317BA" w:rsidRDefault="00000000">
            <w:pPr>
              <w:rPr>
                <w:color w:val="000000" w:themeColor="text1"/>
              </w:rPr>
            </w:pPr>
            <w:r w:rsidRPr="00B317BA">
              <w:rPr>
                <w:color w:val="000000" w:themeColor="text1"/>
              </w:rPr>
              <w:t>☐  Ultrasonic cleaning</w:t>
            </w:r>
          </w:p>
        </w:tc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6A59B3CF" w14:textId="77777777" w:rsidR="00745FFC" w:rsidRPr="00B317BA" w:rsidRDefault="00000000">
            <w:pPr>
              <w:rPr>
                <w:color w:val="000000" w:themeColor="text1"/>
              </w:rPr>
            </w:pPr>
            <w:r w:rsidRPr="00B317BA">
              <w:rPr>
                <w:color w:val="000000" w:themeColor="text1"/>
              </w:rPr>
              <w:t>☐  Return shipping</w:t>
            </w:r>
          </w:p>
        </w:tc>
      </w:tr>
    </w:tbl>
    <w:p w14:paraId="473096D3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PARTS SUBMITTED</w:t>
      </w:r>
    </w:p>
    <w:p w14:paraId="2E170481" w14:textId="77777777" w:rsidR="00745FFC" w:rsidRDefault="00000000">
      <w:pPr>
        <w:spacing w:after="60"/>
      </w:pPr>
      <w:r>
        <w:rPr>
          <w:color w:val="666666"/>
          <w:sz w:val="17"/>
        </w:rPr>
        <w:t>For each part, state the exact quantity and provide a clear description.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5499"/>
        <w:gridCol w:w="3628"/>
      </w:tblGrid>
      <w:tr w:rsidR="00745FFC" w14:paraId="347D8F91" w14:textId="77777777" w:rsidTr="00B317BA">
        <w:trPr>
          <w:tblHeader/>
        </w:trPr>
        <w:tc>
          <w:tcPr>
            <w:tcW w:w="1216" w:type="dxa"/>
            <w:shd w:val="clear" w:color="auto" w:fill="222222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4149943" w14:textId="77777777" w:rsidR="00745FF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Quantity</w:t>
            </w:r>
          </w:p>
        </w:tc>
        <w:tc>
          <w:tcPr>
            <w:tcW w:w="5499" w:type="dxa"/>
            <w:shd w:val="clear" w:color="auto" w:fill="222222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548755B" w14:textId="77777777" w:rsidR="00745FF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Part and description</w:t>
            </w:r>
          </w:p>
        </w:tc>
        <w:tc>
          <w:tcPr>
            <w:tcW w:w="3628" w:type="dxa"/>
            <w:shd w:val="clear" w:color="auto" w:fill="222222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7CB11FB" w14:textId="77777777" w:rsidR="00745FF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Make, model or serial number</w:t>
            </w:r>
          </w:p>
        </w:tc>
      </w:tr>
      <w:tr w:rsidR="00745FFC" w14:paraId="0A1FF5DD" w14:textId="77777777" w:rsidTr="00B317BA">
        <w:tc>
          <w:tcPr>
            <w:tcW w:w="1216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4FF98F28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33F5D76F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7956985C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3F118DCC" w14:textId="77777777" w:rsidTr="00B317BA">
        <w:tc>
          <w:tcPr>
            <w:tcW w:w="1216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0727DD41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1F5FC269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37B1E7AC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635135A2" w14:textId="77777777" w:rsidTr="00B317BA">
        <w:tc>
          <w:tcPr>
            <w:tcW w:w="1216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1F799C8F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1777DE70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6C9D22E9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06760B08" w14:textId="77777777" w:rsidTr="00B317BA">
        <w:tc>
          <w:tcPr>
            <w:tcW w:w="1216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3D8384C2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7988D872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11E482AE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61A8A740" w14:textId="77777777" w:rsidTr="00B317BA">
        <w:tc>
          <w:tcPr>
            <w:tcW w:w="1216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7991DFC2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6C421BF8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3F37FB18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</w:tbl>
    <w:p w14:paraId="1E2532CB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PAYMENT AND ADDITIONAL INFORMATION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745FFC" w14:paraId="1607D3A2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41A68D8" w14:textId="77777777" w:rsidR="00745FFC" w:rsidRDefault="00000000">
            <w:r>
              <w:rPr>
                <w:b/>
                <w:sz w:val="17"/>
              </w:rPr>
              <w:t>Preferred payment method</w:t>
            </w:r>
          </w:p>
          <w:p w14:paraId="5434EACD" w14:textId="77777777" w:rsidR="00745FFC" w:rsidRDefault="00000000">
            <w:r>
              <w:rPr>
                <w:sz w:val="17"/>
              </w:rPr>
              <w:t>☐  Payment request or Tikkie</w:t>
            </w:r>
          </w:p>
          <w:p w14:paraId="0D20AD7E" w14:textId="77777777" w:rsidR="00745FFC" w:rsidRDefault="00000000">
            <w:r>
              <w:rPr>
                <w:sz w:val="17"/>
              </w:rPr>
              <w:t>☐  Bank transfer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9AC6748" w14:textId="77777777" w:rsidR="00745FFC" w:rsidRDefault="00000000">
            <w:r>
              <w:rPr>
                <w:b/>
                <w:sz w:val="17"/>
              </w:rPr>
              <w:t>Additional information or special requests</w:t>
            </w:r>
          </w:p>
          <w:p w14:paraId="26030AF3" w14:textId="77777777" w:rsidR="00745FFC" w:rsidRDefault="00000000">
            <w:r>
              <w:rPr>
                <w:color w:val="666666"/>
                <w:sz w:val="16"/>
              </w:rPr>
              <w:t>................................................................................................</w:t>
            </w:r>
          </w:p>
          <w:p w14:paraId="5DC7E54A" w14:textId="77777777" w:rsidR="00745FFC" w:rsidRDefault="00000000">
            <w:r>
              <w:rPr>
                <w:color w:val="666666"/>
                <w:sz w:val="16"/>
              </w:rPr>
              <w:t>................................................................................................</w:t>
            </w:r>
          </w:p>
          <w:p w14:paraId="58B43FFE" w14:textId="77777777" w:rsidR="00745FFC" w:rsidRDefault="00000000">
            <w:r>
              <w:rPr>
                <w:color w:val="666666"/>
                <w:sz w:val="16"/>
              </w:rPr>
              <w:t>................................................................................................</w:t>
            </w:r>
          </w:p>
        </w:tc>
      </w:tr>
    </w:tbl>
    <w:p w14:paraId="454EB7F5" w14:textId="77777777" w:rsidR="00745FFC" w:rsidRPr="00B317BA" w:rsidRDefault="00000000">
      <w:pPr>
        <w:keepNext/>
        <w:spacing w:before="100" w:after="60"/>
        <w:rPr>
          <w:i/>
          <w:iCs/>
        </w:rPr>
      </w:pPr>
      <w:r w:rsidRPr="00B317BA">
        <w:rPr>
          <w:b/>
          <w:i/>
          <w:iCs/>
          <w:color w:val="D71920"/>
          <w:sz w:val="20"/>
        </w:rPr>
        <w:t>IMPORTANT SUBMISSION INSTRUCTIONS</w:t>
      </w:r>
    </w:p>
    <w:p w14:paraId="77F3FE21" w14:textId="77777777" w:rsidR="00745FFC" w:rsidRPr="00B317BA" w:rsidRDefault="00000000">
      <w:pPr>
        <w:spacing w:after="20"/>
        <w:ind w:left="170" w:hanging="170"/>
        <w:rPr>
          <w:color w:val="000000" w:themeColor="text1"/>
          <w:sz w:val="24"/>
          <w:szCs w:val="32"/>
        </w:rPr>
      </w:pPr>
      <w:r w:rsidRPr="00B317BA">
        <w:rPr>
          <w:color w:val="000000" w:themeColor="text1"/>
          <w:sz w:val="20"/>
          <w:szCs w:val="32"/>
        </w:rPr>
        <w:t>•  Submit all parts fully disassembled and free from oil and grease.</w:t>
      </w:r>
    </w:p>
    <w:p w14:paraId="666926CE" w14:textId="77777777" w:rsidR="00745FFC" w:rsidRPr="00B317BA" w:rsidRDefault="00000000">
      <w:pPr>
        <w:spacing w:after="20"/>
        <w:ind w:left="170" w:hanging="170"/>
        <w:rPr>
          <w:color w:val="000000" w:themeColor="text1"/>
          <w:sz w:val="24"/>
          <w:szCs w:val="32"/>
        </w:rPr>
      </w:pPr>
      <w:r w:rsidRPr="00B317BA">
        <w:rPr>
          <w:color w:val="000000" w:themeColor="text1"/>
          <w:sz w:val="20"/>
          <w:szCs w:val="32"/>
        </w:rPr>
        <w:t>•  Remove all gaskets, oil seals, sand, mud and coolant.</w:t>
      </w:r>
    </w:p>
    <w:p w14:paraId="6B029F8D" w14:textId="77777777" w:rsidR="00745FFC" w:rsidRPr="00B317BA" w:rsidRDefault="00000000">
      <w:pPr>
        <w:spacing w:after="20"/>
        <w:ind w:left="170" w:hanging="170"/>
        <w:rPr>
          <w:color w:val="000000" w:themeColor="text1"/>
          <w:sz w:val="24"/>
          <w:szCs w:val="32"/>
        </w:rPr>
      </w:pPr>
      <w:r w:rsidRPr="00B317BA">
        <w:rPr>
          <w:color w:val="000000" w:themeColor="text1"/>
          <w:sz w:val="20"/>
          <w:szCs w:val="32"/>
        </w:rPr>
        <w:t>•  Preferably fit old bolts in threaded holes to protect the threads.</w:t>
      </w:r>
    </w:p>
    <w:p w14:paraId="5EAFC195" w14:textId="77777777" w:rsidR="00B317BA" w:rsidRPr="00B317BA" w:rsidRDefault="00000000" w:rsidP="00B317BA">
      <w:pPr>
        <w:spacing w:after="20"/>
        <w:ind w:left="170" w:hanging="170"/>
        <w:rPr>
          <w:color w:val="000000" w:themeColor="text1"/>
          <w:sz w:val="20"/>
          <w:szCs w:val="32"/>
        </w:rPr>
      </w:pPr>
      <w:r w:rsidRPr="00B317BA">
        <w:rPr>
          <w:color w:val="000000" w:themeColor="text1"/>
          <w:sz w:val="20"/>
          <w:szCs w:val="32"/>
        </w:rPr>
        <w:t>•  Pack the parts securely and include this fully completed form in the parcel.</w:t>
      </w:r>
    </w:p>
    <w:p w14:paraId="17A2578F" w14:textId="77777777" w:rsidR="00745FFC" w:rsidRDefault="00000000">
      <w:pPr>
        <w:spacing w:before="60"/>
      </w:pPr>
      <w:r w:rsidRPr="00B317BA">
        <w:rPr>
          <w:i/>
          <w:color w:val="666666"/>
          <w:sz w:val="16"/>
          <w:szCs w:val="24"/>
        </w:rPr>
        <w:t>The final cost depends on the material, the level of contamination and corrosion, and any coatings present. If additional work is required, we will contact you in advance.</w:t>
      </w:r>
    </w:p>
    <w:sectPr w:rsidR="00745FFC" w:rsidSect="00034616">
      <w:headerReference w:type="default" r:id="rId9"/>
      <w:footerReference w:type="default" r:id="rId10"/>
      <w:pgSz w:w="12240" w:h="15840"/>
      <w:pgMar w:top="567" w:right="794" w:bottom="56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198F" w14:textId="77777777" w:rsidR="00E23A51" w:rsidRDefault="00E23A51">
      <w:pPr>
        <w:spacing w:line="240" w:lineRule="auto"/>
      </w:pPr>
      <w:r>
        <w:separator/>
      </w:r>
    </w:p>
  </w:endnote>
  <w:endnote w:type="continuationSeparator" w:id="0">
    <w:p w14:paraId="677F67FC" w14:textId="77777777" w:rsidR="00E23A51" w:rsidRDefault="00E23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5247" w14:textId="77777777" w:rsidR="00745FFC" w:rsidRDefault="00000000">
    <w:pPr>
      <w:pStyle w:val="Voettekst"/>
      <w:jc w:val="center"/>
    </w:pPr>
    <w:proofErr w:type="spellStart"/>
    <w:r>
      <w:rPr>
        <w:color w:val="666666"/>
        <w:sz w:val="14"/>
      </w:rPr>
      <w:t>KvK</w:t>
    </w:r>
    <w:proofErr w:type="spellEnd"/>
    <w:r>
      <w:rPr>
        <w:color w:val="666666"/>
        <w:sz w:val="14"/>
      </w:rPr>
      <w:t xml:space="preserve"> 66386993  |  BTW NL001212615B08  |  IBAN NL31 RABO 0310 9169 92  |  bewomotoren.nl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8FC38" w14:textId="77777777" w:rsidR="00E23A51" w:rsidRDefault="00E23A51">
      <w:pPr>
        <w:spacing w:line="240" w:lineRule="auto"/>
      </w:pPr>
      <w:r>
        <w:separator/>
      </w:r>
    </w:p>
  </w:footnote>
  <w:footnote w:type="continuationSeparator" w:id="0">
    <w:p w14:paraId="74641043" w14:textId="77777777" w:rsidR="00E23A51" w:rsidRDefault="00E23A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FDB97" w14:textId="77777777" w:rsidR="004928D0" w:rsidRDefault="004928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4426767">
    <w:abstractNumId w:val="8"/>
  </w:num>
  <w:num w:numId="2" w16cid:durableId="1496723984">
    <w:abstractNumId w:val="6"/>
  </w:num>
  <w:num w:numId="3" w16cid:durableId="1968655287">
    <w:abstractNumId w:val="5"/>
  </w:num>
  <w:num w:numId="4" w16cid:durableId="39063020">
    <w:abstractNumId w:val="4"/>
  </w:num>
  <w:num w:numId="5" w16cid:durableId="1088968771">
    <w:abstractNumId w:val="7"/>
  </w:num>
  <w:num w:numId="6" w16cid:durableId="769159573">
    <w:abstractNumId w:val="3"/>
  </w:num>
  <w:num w:numId="7" w16cid:durableId="1038706298">
    <w:abstractNumId w:val="2"/>
  </w:num>
  <w:num w:numId="8" w16cid:durableId="1255743248">
    <w:abstractNumId w:val="1"/>
  </w:num>
  <w:num w:numId="9" w16cid:durableId="14282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296"/>
    <w:rsid w:val="0015074B"/>
    <w:rsid w:val="0029639D"/>
    <w:rsid w:val="00326F90"/>
    <w:rsid w:val="004928D0"/>
    <w:rsid w:val="00506B96"/>
    <w:rsid w:val="00745FFC"/>
    <w:rsid w:val="0089300D"/>
    <w:rsid w:val="009D07F0"/>
    <w:rsid w:val="00AA1D8D"/>
    <w:rsid w:val="00B317BA"/>
    <w:rsid w:val="00B47730"/>
    <w:rsid w:val="00CB0664"/>
    <w:rsid w:val="00E23A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2F5F18"/>
  <w14:defaultImageDpi w14:val="300"/>
  <w15:docId w15:val="{8A341C21-CEC3-4496-B687-4E728E15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0"/>
    </w:pPr>
    <w:rPr>
      <w:rFonts w:ascii="Arial" w:hAnsi="Arial"/>
      <w:color w:val="222222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Aquablast behandelingsformulier</dc:title>
  <dc:subject>Behandelingsformulier BEWO Motoren Revisie &amp; Tuning</dc:subject>
  <dc:creator>BEWO Motoren Revisie &amp; Tuning</dc:creator>
  <cp:keywords/>
  <dc:description>generated by python-docx</dc:description>
  <cp:lastModifiedBy>Bennie Wolsink | Ebero Bikes</cp:lastModifiedBy>
  <cp:revision>2</cp:revision>
  <dcterms:created xsi:type="dcterms:W3CDTF">2026-09-18T13:39:00Z</dcterms:created>
  <dcterms:modified xsi:type="dcterms:W3CDTF">2026-09-18T13:39:00Z</dcterms:modified>
  <cp:category/>
</cp:coreProperties>
</file>