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6463"/>
        <w:gridCol w:w="3969"/>
      </w:tblGrid>
      <w:tr w:rsidR="00D94131" w:rsidRPr="00015EAC" w14:paraId="74D16F65" w14:textId="77777777">
        <w:trPr>
          <w:jc w:val="center"/>
        </w:trPr>
        <w:tc>
          <w:tcPr>
            <w:tcW w:w="6463" w:type="dxa"/>
            <w:tcMar>
              <w:top w:w="35" w:type="dxa"/>
              <w:left w:w="80" w:type="dxa"/>
              <w:bottom w:w="35" w:type="dxa"/>
              <w:right w:w="80" w:type="dxa"/>
            </w:tcMar>
            <w:vAlign w:val="center"/>
          </w:tcPr>
          <w:p w14:paraId="02A1DF1F" w14:textId="77777777" w:rsidR="00D94131" w:rsidRDefault="00B22814">
            <w:pPr>
              <w:spacing w:after="0"/>
            </w:pPr>
            <w:r>
              <w:rPr>
                <w:b/>
                <w:noProof/>
                <w:color w:val="222222"/>
                <w:sz w:val="44"/>
              </w:rPr>
              <w:drawing>
                <wp:inline distT="0" distB="0" distL="0" distR="0" wp14:anchorId="0C5BD3A5" wp14:editId="15193D3F">
                  <wp:extent cx="1457325" cy="314325"/>
                  <wp:effectExtent l="0" t="0" r="9525" b="9525"/>
                  <wp:docPr id="17799770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7325" cy="314325"/>
                          </a:xfrm>
                          <a:prstGeom prst="rect">
                            <a:avLst/>
                          </a:prstGeom>
                          <a:noFill/>
                        </pic:spPr>
                      </pic:pic>
                    </a:graphicData>
                  </a:graphic>
                </wp:inline>
              </w:drawing>
            </w:r>
          </w:p>
        </w:tc>
        <w:tc>
          <w:tcPr>
            <w:tcW w:w="3969" w:type="dxa"/>
            <w:tcMar>
              <w:top w:w="35" w:type="dxa"/>
              <w:left w:w="80" w:type="dxa"/>
              <w:bottom w:w="35" w:type="dxa"/>
              <w:right w:w="80" w:type="dxa"/>
            </w:tcMar>
            <w:vAlign w:val="center"/>
          </w:tcPr>
          <w:p w14:paraId="16F94B7B" w14:textId="77777777" w:rsidR="00D94131" w:rsidRPr="00015EAC" w:rsidRDefault="00000000">
            <w:pPr>
              <w:spacing w:after="0"/>
              <w:jc w:val="right"/>
              <w:rPr>
                <w:lang w:val="nl-NL"/>
              </w:rPr>
            </w:pPr>
            <w:r w:rsidRPr="00015EAC">
              <w:rPr>
                <w:color w:val="333333"/>
                <w:sz w:val="15"/>
                <w:lang w:val="nl-NL"/>
              </w:rPr>
              <w:t>Newtonstraat 6a | 7131 PP Lichtenvoorde</w:t>
            </w:r>
            <w:r w:rsidRPr="00015EAC">
              <w:rPr>
                <w:color w:val="333333"/>
                <w:sz w:val="15"/>
                <w:lang w:val="nl-NL"/>
              </w:rPr>
              <w:br/>
              <w:t>The Netherlands | +31 (0)6 16 68 18 91</w:t>
            </w:r>
            <w:r w:rsidRPr="00015EAC">
              <w:rPr>
                <w:color w:val="333333"/>
                <w:sz w:val="15"/>
                <w:lang w:val="nl-NL"/>
              </w:rPr>
              <w:br/>
              <w:t>bewomotoren@gmail.com</w:t>
            </w:r>
          </w:p>
        </w:tc>
      </w:tr>
    </w:tbl>
    <w:p w14:paraId="21AB7200" w14:textId="77777777" w:rsidR="00D94131" w:rsidRPr="00015EAC" w:rsidRDefault="00000000">
      <w:pPr>
        <w:spacing w:after="0" w:line="30" w:lineRule="exact"/>
        <w:rPr>
          <w:lang w:val="nl-NL"/>
        </w:rPr>
      </w:pPr>
      <w:r w:rsidRPr="00015EAC">
        <w:rPr>
          <w:sz w:val="3"/>
          <w:lang w:val="nl-NL"/>
        </w:rPr>
        <w:t xml:space="preserve"> </w:t>
      </w:r>
    </w:p>
    <w:p w14:paraId="49412AAA" w14:textId="77777777" w:rsidR="00D94131" w:rsidRDefault="00000000">
      <w:pPr>
        <w:pStyle w:val="Titel"/>
        <w:spacing w:before="0" w:after="20"/>
      </w:pPr>
      <w:r>
        <w:t>Shipping form</w:t>
      </w:r>
    </w:p>
    <w:p w14:paraId="640E8C3B" w14:textId="77777777" w:rsidR="00D94131" w:rsidRDefault="00000000">
      <w:pPr>
        <w:spacing w:after="60"/>
      </w:pPr>
      <w:r>
        <w:rPr>
          <w:color w:val="5A5A5A"/>
        </w:rPr>
        <w:t>Complete this form in full and include a printed copy with your shipment.</w:t>
      </w:r>
    </w:p>
    <w:tbl>
      <w:tblPr>
        <w:tblW w:w="10432" w:type="dxa"/>
        <w:jc w:val="center"/>
        <w:tblLayout w:type="fixed"/>
        <w:tblLook w:val="04A0" w:firstRow="1" w:lastRow="0" w:firstColumn="1" w:lastColumn="0" w:noHBand="0" w:noVBand="1"/>
      </w:tblPr>
      <w:tblGrid>
        <w:gridCol w:w="2889"/>
        <w:gridCol w:w="7535"/>
        <w:gridCol w:w="8"/>
      </w:tblGrid>
      <w:tr w:rsidR="00D94131" w14:paraId="6B7F42AB" w14:textId="77777777" w:rsidTr="00B22814">
        <w:trPr>
          <w:gridAfter w:val="1"/>
          <w:wAfter w:w="8" w:type="dxa"/>
          <w:trHeight w:val="351"/>
          <w:jc w:val="center"/>
        </w:trPr>
        <w:tc>
          <w:tcPr>
            <w:tcW w:w="10432" w:type="dxa"/>
            <w:gridSpan w:val="2"/>
            <w:shd w:val="clear" w:color="auto" w:fill="333333"/>
            <w:tcMar>
              <w:top w:w="35" w:type="dxa"/>
              <w:left w:w="80" w:type="dxa"/>
              <w:bottom w:w="35" w:type="dxa"/>
              <w:right w:w="80" w:type="dxa"/>
            </w:tcMar>
            <w:vAlign w:val="center"/>
          </w:tcPr>
          <w:p w14:paraId="1D26906C" w14:textId="77777777" w:rsidR="00D94131" w:rsidRDefault="00000000">
            <w:pPr>
              <w:spacing w:after="0"/>
            </w:pPr>
            <w:r>
              <w:rPr>
                <w:b/>
                <w:color w:val="FFFFFF"/>
                <w:sz w:val="18"/>
              </w:rPr>
              <w:t>1  Sender details and return address</w:t>
            </w:r>
          </w:p>
        </w:tc>
      </w:tr>
      <w:tr w:rsidR="00D94131" w14:paraId="61CB0437"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0C2D863F" w14:textId="77777777" w:rsidR="00D94131" w:rsidRDefault="00000000">
            <w:pPr>
              <w:spacing w:after="0"/>
            </w:pPr>
            <w:r>
              <w:rPr>
                <w:b/>
                <w:color w:val="000000"/>
                <w:sz w:val="17"/>
              </w:rPr>
              <w:t>Name / company name</w:t>
            </w:r>
          </w:p>
        </w:tc>
        <w:tc>
          <w:tcPr>
            <w:tcW w:w="7541" w:type="dxa"/>
            <w:gridSpan w:val="2"/>
            <w:tcMar>
              <w:top w:w="35" w:type="dxa"/>
              <w:left w:w="80" w:type="dxa"/>
              <w:bottom w:w="35" w:type="dxa"/>
              <w:right w:w="80" w:type="dxa"/>
            </w:tcMar>
            <w:vAlign w:val="center"/>
          </w:tcPr>
          <w:p w14:paraId="4983D68F" w14:textId="77777777" w:rsidR="00D94131" w:rsidRDefault="00D94131">
            <w:pPr>
              <w:spacing w:after="0"/>
            </w:pPr>
          </w:p>
        </w:tc>
      </w:tr>
      <w:tr w:rsidR="00D94131" w14:paraId="53E59449"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446D8AC5" w14:textId="77777777" w:rsidR="00D94131" w:rsidRDefault="00000000">
            <w:pPr>
              <w:spacing w:after="0"/>
            </w:pPr>
            <w:r>
              <w:rPr>
                <w:b/>
                <w:color w:val="000000"/>
                <w:sz w:val="17"/>
              </w:rPr>
              <w:t>Contact person</w:t>
            </w:r>
          </w:p>
        </w:tc>
        <w:tc>
          <w:tcPr>
            <w:tcW w:w="7541" w:type="dxa"/>
            <w:gridSpan w:val="2"/>
            <w:tcMar>
              <w:top w:w="35" w:type="dxa"/>
              <w:left w:w="80" w:type="dxa"/>
              <w:bottom w:w="35" w:type="dxa"/>
              <w:right w:w="80" w:type="dxa"/>
            </w:tcMar>
            <w:vAlign w:val="center"/>
          </w:tcPr>
          <w:p w14:paraId="39718AC6" w14:textId="77777777" w:rsidR="00D94131" w:rsidRDefault="00D94131">
            <w:pPr>
              <w:spacing w:after="0"/>
            </w:pPr>
          </w:p>
        </w:tc>
      </w:tr>
      <w:tr w:rsidR="00D94131" w14:paraId="0E98F5BB"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2976A3DD" w14:textId="77777777" w:rsidR="00D94131" w:rsidRDefault="00000000">
            <w:pPr>
              <w:spacing w:after="0"/>
            </w:pPr>
            <w:r>
              <w:rPr>
                <w:b/>
                <w:color w:val="000000"/>
                <w:sz w:val="17"/>
              </w:rPr>
              <w:t>Street and house number</w:t>
            </w:r>
          </w:p>
        </w:tc>
        <w:tc>
          <w:tcPr>
            <w:tcW w:w="7541" w:type="dxa"/>
            <w:gridSpan w:val="2"/>
            <w:tcMar>
              <w:top w:w="35" w:type="dxa"/>
              <w:left w:w="80" w:type="dxa"/>
              <w:bottom w:w="35" w:type="dxa"/>
              <w:right w:w="80" w:type="dxa"/>
            </w:tcMar>
            <w:vAlign w:val="center"/>
          </w:tcPr>
          <w:p w14:paraId="47792BFA" w14:textId="77777777" w:rsidR="00D94131" w:rsidRDefault="00D94131">
            <w:pPr>
              <w:spacing w:after="0"/>
            </w:pPr>
          </w:p>
        </w:tc>
      </w:tr>
      <w:tr w:rsidR="00D94131" w14:paraId="19D65254"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1D17CD98" w14:textId="77777777" w:rsidR="00D94131" w:rsidRDefault="00000000">
            <w:pPr>
              <w:spacing w:after="0"/>
            </w:pPr>
            <w:r>
              <w:rPr>
                <w:b/>
                <w:color w:val="000000"/>
                <w:sz w:val="17"/>
              </w:rPr>
              <w:t>Postcode and town/city</w:t>
            </w:r>
          </w:p>
        </w:tc>
        <w:tc>
          <w:tcPr>
            <w:tcW w:w="7541" w:type="dxa"/>
            <w:gridSpan w:val="2"/>
            <w:tcMar>
              <w:top w:w="35" w:type="dxa"/>
              <w:left w:w="80" w:type="dxa"/>
              <w:bottom w:w="35" w:type="dxa"/>
              <w:right w:w="80" w:type="dxa"/>
            </w:tcMar>
            <w:vAlign w:val="center"/>
          </w:tcPr>
          <w:p w14:paraId="3536FEB6" w14:textId="77777777" w:rsidR="00D94131" w:rsidRDefault="00D94131">
            <w:pPr>
              <w:spacing w:after="0"/>
            </w:pPr>
          </w:p>
        </w:tc>
      </w:tr>
      <w:tr w:rsidR="00D94131" w14:paraId="7BD98C42"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4E211B8F" w14:textId="77777777" w:rsidR="00D94131" w:rsidRDefault="00000000">
            <w:pPr>
              <w:spacing w:after="0"/>
            </w:pPr>
            <w:r>
              <w:rPr>
                <w:b/>
                <w:color w:val="000000"/>
                <w:sz w:val="17"/>
              </w:rPr>
              <w:t>Country</w:t>
            </w:r>
          </w:p>
        </w:tc>
        <w:tc>
          <w:tcPr>
            <w:tcW w:w="7541" w:type="dxa"/>
            <w:gridSpan w:val="2"/>
            <w:tcMar>
              <w:top w:w="35" w:type="dxa"/>
              <w:left w:w="80" w:type="dxa"/>
              <w:bottom w:w="35" w:type="dxa"/>
              <w:right w:w="80" w:type="dxa"/>
            </w:tcMar>
            <w:vAlign w:val="center"/>
          </w:tcPr>
          <w:p w14:paraId="672B1BE2" w14:textId="77777777" w:rsidR="00D94131" w:rsidRDefault="00D94131">
            <w:pPr>
              <w:spacing w:after="0"/>
            </w:pPr>
          </w:p>
        </w:tc>
      </w:tr>
      <w:tr w:rsidR="00D94131" w14:paraId="21A94494"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63E6B40A" w14:textId="77777777" w:rsidR="00D94131" w:rsidRDefault="00000000">
            <w:pPr>
              <w:spacing w:after="0"/>
            </w:pPr>
            <w:r>
              <w:rPr>
                <w:b/>
                <w:color w:val="000000"/>
                <w:sz w:val="17"/>
              </w:rPr>
              <w:t>Telephone number</w:t>
            </w:r>
          </w:p>
        </w:tc>
        <w:tc>
          <w:tcPr>
            <w:tcW w:w="7541" w:type="dxa"/>
            <w:gridSpan w:val="2"/>
            <w:tcMar>
              <w:top w:w="35" w:type="dxa"/>
              <w:left w:w="80" w:type="dxa"/>
              <w:bottom w:w="35" w:type="dxa"/>
              <w:right w:w="80" w:type="dxa"/>
            </w:tcMar>
            <w:vAlign w:val="center"/>
          </w:tcPr>
          <w:p w14:paraId="2495CB69" w14:textId="77777777" w:rsidR="00D94131" w:rsidRDefault="00D94131">
            <w:pPr>
              <w:spacing w:after="0"/>
            </w:pPr>
          </w:p>
        </w:tc>
      </w:tr>
      <w:tr w:rsidR="00D94131" w14:paraId="524C2844"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75B8958A" w14:textId="77777777" w:rsidR="00D94131" w:rsidRDefault="00000000">
            <w:pPr>
              <w:spacing w:after="0"/>
            </w:pPr>
            <w:r>
              <w:rPr>
                <w:b/>
                <w:color w:val="000000"/>
                <w:sz w:val="17"/>
              </w:rPr>
              <w:t>Email address</w:t>
            </w:r>
          </w:p>
        </w:tc>
        <w:tc>
          <w:tcPr>
            <w:tcW w:w="7541" w:type="dxa"/>
            <w:gridSpan w:val="2"/>
            <w:tcMar>
              <w:top w:w="35" w:type="dxa"/>
              <w:left w:w="80" w:type="dxa"/>
              <w:bottom w:w="35" w:type="dxa"/>
              <w:right w:w="80" w:type="dxa"/>
            </w:tcMar>
            <w:vAlign w:val="center"/>
          </w:tcPr>
          <w:p w14:paraId="454DBCAE" w14:textId="77777777" w:rsidR="00D94131" w:rsidRDefault="00D94131">
            <w:pPr>
              <w:spacing w:after="0"/>
            </w:pPr>
          </w:p>
        </w:tc>
      </w:tr>
      <w:tr w:rsidR="00D94131" w14:paraId="3D2D536F"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4EB1965D" w14:textId="77777777" w:rsidR="00D94131" w:rsidRDefault="00000000">
            <w:pPr>
              <w:spacing w:after="0"/>
            </w:pPr>
            <w:r>
              <w:rPr>
                <w:b/>
                <w:color w:val="000000"/>
                <w:sz w:val="17"/>
              </w:rPr>
              <w:t>VAT number for businesses</w:t>
            </w:r>
          </w:p>
        </w:tc>
        <w:tc>
          <w:tcPr>
            <w:tcW w:w="7541" w:type="dxa"/>
            <w:gridSpan w:val="2"/>
            <w:tcMar>
              <w:top w:w="35" w:type="dxa"/>
              <w:left w:w="80" w:type="dxa"/>
              <w:bottom w:w="35" w:type="dxa"/>
              <w:right w:w="80" w:type="dxa"/>
            </w:tcMar>
            <w:vAlign w:val="center"/>
          </w:tcPr>
          <w:p w14:paraId="0DE24993" w14:textId="77777777" w:rsidR="00D94131" w:rsidRDefault="00D94131">
            <w:pPr>
              <w:spacing w:after="0"/>
            </w:pPr>
          </w:p>
        </w:tc>
      </w:tr>
      <w:tr w:rsidR="00D94131" w14:paraId="713807EA"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0EE6AAA9" w14:textId="77777777" w:rsidR="00D94131" w:rsidRDefault="00000000">
            <w:pPr>
              <w:spacing w:after="0"/>
            </w:pPr>
            <w:r>
              <w:rPr>
                <w:b/>
                <w:color w:val="000000"/>
                <w:sz w:val="17"/>
              </w:rPr>
              <w:t>Return address if different</w:t>
            </w:r>
          </w:p>
        </w:tc>
        <w:tc>
          <w:tcPr>
            <w:tcW w:w="7541" w:type="dxa"/>
            <w:gridSpan w:val="2"/>
            <w:tcMar>
              <w:top w:w="35" w:type="dxa"/>
              <w:left w:w="80" w:type="dxa"/>
              <w:bottom w:w="35" w:type="dxa"/>
              <w:right w:w="80" w:type="dxa"/>
            </w:tcMar>
            <w:vAlign w:val="center"/>
          </w:tcPr>
          <w:p w14:paraId="422DC6FF" w14:textId="77777777" w:rsidR="00D94131" w:rsidRDefault="00D94131">
            <w:pPr>
              <w:spacing w:after="0"/>
            </w:pPr>
          </w:p>
        </w:tc>
      </w:tr>
    </w:tbl>
    <w:p w14:paraId="0D948FB3" w14:textId="77777777" w:rsidR="00D94131" w:rsidRDefault="00000000">
      <w:pPr>
        <w:spacing w:after="0" w:line="30" w:lineRule="exact"/>
      </w:pPr>
      <w:r>
        <w:rPr>
          <w:sz w:val="3"/>
        </w:rPr>
        <w:t xml:space="preserve"> </w:t>
      </w:r>
    </w:p>
    <w:tbl>
      <w:tblPr>
        <w:tblW w:w="10432" w:type="dxa"/>
        <w:jc w:val="center"/>
        <w:tblLayout w:type="fixed"/>
        <w:tblLook w:val="04A0" w:firstRow="1" w:lastRow="0" w:firstColumn="1" w:lastColumn="0" w:noHBand="0" w:noVBand="1"/>
      </w:tblPr>
      <w:tblGrid>
        <w:gridCol w:w="2889"/>
        <w:gridCol w:w="7535"/>
        <w:gridCol w:w="8"/>
      </w:tblGrid>
      <w:tr w:rsidR="00D94131" w14:paraId="6131FD88" w14:textId="77777777" w:rsidTr="00B22814">
        <w:trPr>
          <w:gridAfter w:val="1"/>
          <w:wAfter w:w="8" w:type="dxa"/>
          <w:trHeight w:val="351"/>
          <w:jc w:val="center"/>
        </w:trPr>
        <w:tc>
          <w:tcPr>
            <w:tcW w:w="10432" w:type="dxa"/>
            <w:gridSpan w:val="2"/>
            <w:shd w:val="clear" w:color="auto" w:fill="333333"/>
            <w:tcMar>
              <w:top w:w="35" w:type="dxa"/>
              <w:left w:w="80" w:type="dxa"/>
              <w:bottom w:w="35" w:type="dxa"/>
              <w:right w:w="80" w:type="dxa"/>
            </w:tcMar>
            <w:vAlign w:val="center"/>
          </w:tcPr>
          <w:p w14:paraId="17598AE4" w14:textId="77777777" w:rsidR="00D94131" w:rsidRDefault="00000000">
            <w:pPr>
              <w:spacing w:after="0"/>
            </w:pPr>
            <w:r>
              <w:rPr>
                <w:b/>
                <w:color w:val="FFFFFF"/>
                <w:sz w:val="18"/>
              </w:rPr>
              <w:t>2  Engine and job details</w:t>
            </w:r>
          </w:p>
        </w:tc>
      </w:tr>
      <w:tr w:rsidR="00D94131" w14:paraId="3AA6959F"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55D826CB" w14:textId="71392FF4" w:rsidR="00D94131" w:rsidRDefault="00015EAC">
            <w:pPr>
              <w:spacing w:after="0"/>
            </w:pPr>
            <w:r>
              <w:rPr>
                <w:b/>
                <w:color w:val="000000"/>
                <w:sz w:val="17"/>
              </w:rPr>
              <w:t>Brand</w:t>
            </w:r>
          </w:p>
        </w:tc>
        <w:tc>
          <w:tcPr>
            <w:tcW w:w="7541" w:type="dxa"/>
            <w:gridSpan w:val="2"/>
            <w:tcMar>
              <w:top w:w="35" w:type="dxa"/>
              <w:left w:w="80" w:type="dxa"/>
              <w:bottom w:w="35" w:type="dxa"/>
              <w:right w:w="80" w:type="dxa"/>
            </w:tcMar>
            <w:vAlign w:val="center"/>
          </w:tcPr>
          <w:p w14:paraId="60551229" w14:textId="77777777" w:rsidR="00D94131" w:rsidRDefault="00D94131">
            <w:pPr>
              <w:spacing w:after="0"/>
            </w:pPr>
          </w:p>
        </w:tc>
      </w:tr>
      <w:tr w:rsidR="00D94131" w14:paraId="507AAA26"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23C6CFBA" w14:textId="77777777" w:rsidR="00D94131" w:rsidRDefault="00000000">
            <w:pPr>
              <w:spacing w:after="0"/>
            </w:pPr>
            <w:r>
              <w:rPr>
                <w:b/>
                <w:color w:val="000000"/>
                <w:sz w:val="17"/>
              </w:rPr>
              <w:t>Model / type</w:t>
            </w:r>
          </w:p>
        </w:tc>
        <w:tc>
          <w:tcPr>
            <w:tcW w:w="7541" w:type="dxa"/>
            <w:gridSpan w:val="2"/>
            <w:tcMar>
              <w:top w:w="35" w:type="dxa"/>
              <w:left w:w="80" w:type="dxa"/>
              <w:bottom w:w="35" w:type="dxa"/>
              <w:right w:w="80" w:type="dxa"/>
            </w:tcMar>
            <w:vAlign w:val="center"/>
          </w:tcPr>
          <w:p w14:paraId="1D1BD9AE" w14:textId="77777777" w:rsidR="00D94131" w:rsidRDefault="00D94131">
            <w:pPr>
              <w:spacing w:after="0"/>
            </w:pPr>
          </w:p>
        </w:tc>
      </w:tr>
      <w:tr w:rsidR="00D94131" w14:paraId="40CC3D2C"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2891" w:type="dxa"/>
            <w:shd w:val="clear" w:color="auto" w:fill="F1F1F1"/>
            <w:tcMar>
              <w:top w:w="35" w:type="dxa"/>
              <w:left w:w="80" w:type="dxa"/>
              <w:bottom w:w="35" w:type="dxa"/>
              <w:right w:w="80" w:type="dxa"/>
            </w:tcMar>
            <w:vAlign w:val="center"/>
          </w:tcPr>
          <w:p w14:paraId="0CDE47A7" w14:textId="77777777" w:rsidR="00D94131" w:rsidRDefault="00000000">
            <w:pPr>
              <w:spacing w:after="0"/>
            </w:pPr>
            <w:r>
              <w:rPr>
                <w:b/>
                <w:color w:val="000000"/>
                <w:sz w:val="17"/>
              </w:rPr>
              <w:t>Year of manufacture</w:t>
            </w:r>
          </w:p>
        </w:tc>
        <w:tc>
          <w:tcPr>
            <w:tcW w:w="7541" w:type="dxa"/>
            <w:gridSpan w:val="2"/>
            <w:tcMar>
              <w:top w:w="35" w:type="dxa"/>
              <w:left w:w="80" w:type="dxa"/>
              <w:bottom w:w="35" w:type="dxa"/>
              <w:right w:w="80" w:type="dxa"/>
            </w:tcMar>
            <w:vAlign w:val="center"/>
          </w:tcPr>
          <w:p w14:paraId="466F8EF6" w14:textId="77777777" w:rsidR="00D94131" w:rsidRDefault="00D94131">
            <w:pPr>
              <w:spacing w:after="0"/>
            </w:pPr>
          </w:p>
        </w:tc>
      </w:tr>
    </w:tbl>
    <w:p w14:paraId="76539799" w14:textId="77777777" w:rsidR="00D94131" w:rsidRDefault="00000000">
      <w:pPr>
        <w:spacing w:after="0" w:line="30" w:lineRule="exact"/>
      </w:pPr>
      <w:r>
        <w:rPr>
          <w:sz w:val="3"/>
        </w:rPr>
        <w:t xml:space="preserve"> </w:t>
      </w:r>
    </w:p>
    <w:tbl>
      <w:tblPr>
        <w:tblW w:w="10432" w:type="dxa"/>
        <w:jc w:val="center"/>
        <w:tblLayout w:type="fixed"/>
        <w:tblLook w:val="04A0" w:firstRow="1" w:lastRow="0" w:firstColumn="1" w:lastColumn="0" w:noHBand="0" w:noVBand="1"/>
      </w:tblPr>
      <w:tblGrid>
        <w:gridCol w:w="10424"/>
        <w:gridCol w:w="8"/>
      </w:tblGrid>
      <w:tr w:rsidR="00D94131" w14:paraId="13601A52" w14:textId="77777777" w:rsidTr="00B22814">
        <w:trPr>
          <w:gridAfter w:val="1"/>
          <w:wAfter w:w="8" w:type="dxa"/>
          <w:trHeight w:val="351"/>
          <w:jc w:val="center"/>
        </w:trPr>
        <w:tc>
          <w:tcPr>
            <w:tcW w:w="10432" w:type="dxa"/>
            <w:shd w:val="clear" w:color="auto" w:fill="333333"/>
            <w:tcMar>
              <w:top w:w="35" w:type="dxa"/>
              <w:left w:w="80" w:type="dxa"/>
              <w:bottom w:w="35" w:type="dxa"/>
              <w:right w:w="80" w:type="dxa"/>
            </w:tcMar>
            <w:vAlign w:val="center"/>
          </w:tcPr>
          <w:p w14:paraId="7FEBC7E2" w14:textId="77777777" w:rsidR="00D94131" w:rsidRDefault="00000000">
            <w:pPr>
              <w:spacing w:after="0"/>
            </w:pPr>
            <w:r>
              <w:rPr>
                <w:b/>
                <w:color w:val="FFFFFF"/>
                <w:sz w:val="18"/>
              </w:rPr>
              <w:t>3  Requested work</w:t>
            </w:r>
          </w:p>
        </w:tc>
      </w:tr>
      <w:tr w:rsidR="00B22814" w14:paraId="3B05B6DB"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trHeight w:val="135"/>
          <w:jc w:val="center"/>
        </w:trPr>
        <w:tc>
          <w:tcPr>
            <w:tcW w:w="10432" w:type="dxa"/>
            <w:gridSpan w:val="2"/>
            <w:tcMar>
              <w:top w:w="35" w:type="dxa"/>
              <w:left w:w="80" w:type="dxa"/>
              <w:bottom w:w="35" w:type="dxa"/>
              <w:right w:w="80" w:type="dxa"/>
            </w:tcMar>
            <w:vAlign w:val="center"/>
          </w:tcPr>
          <w:p w14:paraId="68DE80F2" w14:textId="77777777" w:rsidR="00B22814" w:rsidRPr="00B22814" w:rsidRDefault="00B22814" w:rsidP="00B22814">
            <w:pPr>
              <w:spacing w:after="0"/>
              <w:rPr>
                <w:b/>
                <w:bCs/>
                <w:color w:val="000000"/>
                <w:sz w:val="17"/>
              </w:rPr>
            </w:pPr>
            <w:r w:rsidRPr="00B22814">
              <w:rPr>
                <w:b/>
                <w:bCs/>
                <w:color w:val="000000"/>
                <w:sz w:val="17"/>
              </w:rPr>
              <w:t>Describe the work you would like us to carry out below:</w:t>
            </w:r>
          </w:p>
        </w:tc>
      </w:tr>
      <w:tr w:rsidR="00B22814" w14:paraId="18D877C9"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trHeight w:val="1657"/>
          <w:jc w:val="center"/>
        </w:trPr>
        <w:tc>
          <w:tcPr>
            <w:tcW w:w="10432" w:type="dxa"/>
            <w:gridSpan w:val="2"/>
            <w:tcMar>
              <w:top w:w="35" w:type="dxa"/>
              <w:left w:w="80" w:type="dxa"/>
              <w:bottom w:w="35" w:type="dxa"/>
              <w:right w:w="80" w:type="dxa"/>
            </w:tcMar>
            <w:vAlign w:val="center"/>
          </w:tcPr>
          <w:p w14:paraId="6544BB76" w14:textId="77777777" w:rsidR="00B22814" w:rsidRDefault="00B22814" w:rsidP="00B22814">
            <w:pPr>
              <w:spacing w:after="0"/>
            </w:pPr>
            <w:r>
              <w:rPr>
                <w:color w:val="000000"/>
                <w:sz w:val="17"/>
              </w:rPr>
              <w:br/>
            </w:r>
            <w:r>
              <w:rPr>
                <w:color w:val="000000"/>
                <w:sz w:val="17"/>
              </w:rPr>
              <w:br/>
            </w:r>
          </w:p>
        </w:tc>
      </w:tr>
    </w:tbl>
    <w:p w14:paraId="43780C4C" w14:textId="77777777" w:rsidR="00D94131" w:rsidRDefault="00000000">
      <w:pPr>
        <w:spacing w:after="0" w:line="30" w:lineRule="exact"/>
      </w:pPr>
      <w:r>
        <w:rPr>
          <w:sz w:val="3"/>
        </w:rPr>
        <w:t xml:space="preserve"> </w:t>
      </w:r>
    </w:p>
    <w:tbl>
      <w:tblPr>
        <w:tblW w:w="10432" w:type="dxa"/>
        <w:jc w:val="center"/>
        <w:tblLayout w:type="fixed"/>
        <w:tblLook w:val="04A0" w:firstRow="1" w:lastRow="0" w:firstColumn="1" w:lastColumn="0" w:noHBand="0" w:noVBand="1"/>
      </w:tblPr>
      <w:tblGrid>
        <w:gridCol w:w="10432"/>
      </w:tblGrid>
      <w:tr w:rsidR="00D94131" w14:paraId="19684A57" w14:textId="77777777" w:rsidTr="00B22814">
        <w:trPr>
          <w:trHeight w:val="351"/>
          <w:jc w:val="center"/>
        </w:trPr>
        <w:tc>
          <w:tcPr>
            <w:tcW w:w="10432" w:type="dxa"/>
            <w:shd w:val="clear" w:color="auto" w:fill="333333"/>
            <w:tcMar>
              <w:top w:w="35" w:type="dxa"/>
              <w:left w:w="80" w:type="dxa"/>
              <w:bottom w:w="35" w:type="dxa"/>
              <w:right w:w="80" w:type="dxa"/>
            </w:tcMar>
            <w:vAlign w:val="center"/>
          </w:tcPr>
          <w:p w14:paraId="6F7C94E0" w14:textId="77777777" w:rsidR="00D94131" w:rsidRDefault="00000000">
            <w:pPr>
              <w:spacing w:after="0"/>
            </w:pPr>
            <w:r>
              <w:rPr>
                <w:b/>
                <w:color w:val="FFFFFF"/>
                <w:sz w:val="18"/>
              </w:rPr>
              <w:t>4  Problem and additional information</w:t>
            </w:r>
          </w:p>
        </w:tc>
      </w:tr>
      <w:tr w:rsidR="00D94131" w14:paraId="701AD658"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10432" w:type="dxa"/>
            <w:tcMar>
              <w:top w:w="35" w:type="dxa"/>
              <w:left w:w="80" w:type="dxa"/>
              <w:bottom w:w="35" w:type="dxa"/>
              <w:right w:w="80" w:type="dxa"/>
            </w:tcMar>
            <w:vAlign w:val="center"/>
          </w:tcPr>
          <w:p w14:paraId="50F8B3E9" w14:textId="77777777" w:rsidR="00D94131" w:rsidRDefault="00000000">
            <w:pPr>
              <w:spacing w:after="0"/>
            </w:pPr>
            <w:r>
              <w:rPr>
                <w:b/>
                <w:color w:val="000000"/>
              </w:rPr>
              <w:t>Describe the problem as precisely as possible. State when it occurs, any work previously carried out and any known damage.</w:t>
            </w:r>
          </w:p>
        </w:tc>
      </w:tr>
      <w:tr w:rsidR="00D94131" w14:paraId="567ED774"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trHeight w:val="1134"/>
          <w:jc w:val="center"/>
        </w:trPr>
        <w:tc>
          <w:tcPr>
            <w:tcW w:w="10432" w:type="dxa"/>
            <w:tcMar>
              <w:top w:w="35" w:type="dxa"/>
              <w:left w:w="80" w:type="dxa"/>
              <w:bottom w:w="35" w:type="dxa"/>
              <w:right w:w="80" w:type="dxa"/>
            </w:tcMar>
            <w:vAlign w:val="center"/>
          </w:tcPr>
          <w:p w14:paraId="509DF2F7" w14:textId="77777777" w:rsidR="00D94131" w:rsidRDefault="00000000">
            <w:pPr>
              <w:spacing w:after="0"/>
            </w:pPr>
            <w:r>
              <w:rPr>
                <w:color w:val="000000"/>
              </w:rPr>
              <w:br/>
            </w:r>
            <w:r>
              <w:rPr>
                <w:color w:val="000000"/>
              </w:rPr>
              <w:br/>
            </w:r>
            <w:r>
              <w:rPr>
                <w:color w:val="000000"/>
              </w:rPr>
              <w:br/>
            </w:r>
          </w:p>
        </w:tc>
      </w:tr>
    </w:tbl>
    <w:p w14:paraId="5B1C624B" w14:textId="77777777" w:rsidR="00D94131" w:rsidRDefault="00000000">
      <w:r>
        <w:br w:type="page"/>
      </w:r>
    </w:p>
    <w:p w14:paraId="6AF3B953" w14:textId="77777777" w:rsidR="00D94131" w:rsidRDefault="00000000">
      <w:pPr>
        <w:spacing w:after="60"/>
      </w:pPr>
      <w:r>
        <w:rPr>
          <w:color w:val="5A5A5A"/>
        </w:rPr>
        <w:lastRenderedPageBreak/>
        <w:t>Check the contents and packaging before handing over the shipment.</w:t>
      </w:r>
    </w:p>
    <w:tbl>
      <w:tblPr>
        <w:tblW w:w="10432" w:type="dxa"/>
        <w:jc w:val="center"/>
        <w:tblLayout w:type="fixed"/>
        <w:tblLook w:val="04A0" w:firstRow="1" w:lastRow="0" w:firstColumn="1" w:lastColumn="0" w:noHBand="0" w:noVBand="1"/>
      </w:tblPr>
      <w:tblGrid>
        <w:gridCol w:w="1428"/>
        <w:gridCol w:w="5569"/>
        <w:gridCol w:w="3427"/>
        <w:gridCol w:w="8"/>
      </w:tblGrid>
      <w:tr w:rsidR="00D94131" w14:paraId="2893551F" w14:textId="77777777" w:rsidTr="00B22814">
        <w:trPr>
          <w:gridAfter w:val="1"/>
          <w:wAfter w:w="8" w:type="dxa"/>
          <w:trHeight w:val="351"/>
          <w:jc w:val="center"/>
        </w:trPr>
        <w:tc>
          <w:tcPr>
            <w:tcW w:w="10432" w:type="dxa"/>
            <w:gridSpan w:val="3"/>
            <w:shd w:val="clear" w:color="auto" w:fill="333333"/>
            <w:tcMar>
              <w:top w:w="35" w:type="dxa"/>
              <w:left w:w="80" w:type="dxa"/>
              <w:bottom w:w="35" w:type="dxa"/>
              <w:right w:w="80" w:type="dxa"/>
            </w:tcMar>
            <w:vAlign w:val="center"/>
          </w:tcPr>
          <w:p w14:paraId="23199C71" w14:textId="77777777" w:rsidR="00D94131" w:rsidRDefault="00000000">
            <w:pPr>
              <w:spacing w:after="0"/>
            </w:pPr>
            <w:r>
              <w:rPr>
                <w:b/>
                <w:color w:val="FFFFFF"/>
                <w:sz w:val="18"/>
              </w:rPr>
              <w:t>5  Parts included</w:t>
            </w:r>
          </w:p>
        </w:tc>
      </w:tr>
      <w:tr w:rsidR="00D94131" w14:paraId="08D9C463"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1429" w:type="dxa"/>
            <w:shd w:val="clear" w:color="auto" w:fill="555555"/>
            <w:tcMar>
              <w:top w:w="35" w:type="dxa"/>
              <w:left w:w="80" w:type="dxa"/>
              <w:bottom w:w="35" w:type="dxa"/>
              <w:right w:w="80" w:type="dxa"/>
            </w:tcMar>
            <w:vAlign w:val="center"/>
          </w:tcPr>
          <w:p w14:paraId="37355756" w14:textId="77777777" w:rsidR="00D94131" w:rsidRDefault="00000000">
            <w:pPr>
              <w:spacing w:after="0"/>
            </w:pPr>
            <w:r>
              <w:rPr>
                <w:b/>
                <w:color w:val="FFFFFF"/>
              </w:rPr>
              <w:t>Quantity</w:t>
            </w:r>
          </w:p>
        </w:tc>
        <w:tc>
          <w:tcPr>
            <w:tcW w:w="5573" w:type="dxa"/>
            <w:shd w:val="clear" w:color="auto" w:fill="555555"/>
            <w:tcMar>
              <w:top w:w="35" w:type="dxa"/>
              <w:left w:w="80" w:type="dxa"/>
              <w:bottom w:w="35" w:type="dxa"/>
              <w:right w:w="80" w:type="dxa"/>
            </w:tcMar>
            <w:vAlign w:val="center"/>
          </w:tcPr>
          <w:p w14:paraId="14644640" w14:textId="77777777" w:rsidR="00D94131" w:rsidRDefault="00000000">
            <w:pPr>
              <w:spacing w:after="0"/>
            </w:pPr>
            <w:r>
              <w:rPr>
                <w:b/>
                <w:color w:val="FFFFFF"/>
              </w:rPr>
              <w:t>Part / description</w:t>
            </w:r>
          </w:p>
        </w:tc>
        <w:tc>
          <w:tcPr>
            <w:tcW w:w="3430" w:type="dxa"/>
            <w:gridSpan w:val="2"/>
            <w:shd w:val="clear" w:color="auto" w:fill="555555"/>
            <w:tcMar>
              <w:top w:w="35" w:type="dxa"/>
              <w:left w:w="80" w:type="dxa"/>
              <w:bottom w:w="35" w:type="dxa"/>
              <w:right w:w="80" w:type="dxa"/>
            </w:tcMar>
            <w:vAlign w:val="center"/>
          </w:tcPr>
          <w:p w14:paraId="65E7CE14" w14:textId="77777777" w:rsidR="00D94131" w:rsidRDefault="00000000">
            <w:pPr>
              <w:spacing w:after="0"/>
            </w:pPr>
            <w:r>
              <w:rPr>
                <w:b/>
                <w:color w:val="FFFFFF"/>
              </w:rPr>
              <w:t>Make / type / number</w:t>
            </w:r>
          </w:p>
        </w:tc>
      </w:tr>
      <w:tr w:rsidR="00D94131" w14:paraId="42CF0D89"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trHeight w:val="351"/>
          <w:jc w:val="center"/>
        </w:trPr>
        <w:tc>
          <w:tcPr>
            <w:tcW w:w="1429" w:type="dxa"/>
            <w:tcMar>
              <w:top w:w="35" w:type="dxa"/>
              <w:left w:w="80" w:type="dxa"/>
              <w:bottom w:w="35" w:type="dxa"/>
              <w:right w:w="80" w:type="dxa"/>
            </w:tcMar>
            <w:vAlign w:val="center"/>
          </w:tcPr>
          <w:p w14:paraId="254FCBC1" w14:textId="77777777" w:rsidR="00D94131" w:rsidRDefault="00D94131">
            <w:pPr>
              <w:spacing w:after="0"/>
            </w:pPr>
          </w:p>
        </w:tc>
        <w:tc>
          <w:tcPr>
            <w:tcW w:w="5573" w:type="dxa"/>
            <w:tcMar>
              <w:top w:w="35" w:type="dxa"/>
              <w:left w:w="80" w:type="dxa"/>
              <w:bottom w:w="35" w:type="dxa"/>
              <w:right w:w="80" w:type="dxa"/>
            </w:tcMar>
            <w:vAlign w:val="center"/>
          </w:tcPr>
          <w:p w14:paraId="01487107" w14:textId="77777777" w:rsidR="00D94131" w:rsidRDefault="00D94131">
            <w:pPr>
              <w:spacing w:after="0"/>
            </w:pPr>
          </w:p>
        </w:tc>
        <w:tc>
          <w:tcPr>
            <w:tcW w:w="3430" w:type="dxa"/>
            <w:gridSpan w:val="2"/>
            <w:tcMar>
              <w:top w:w="35" w:type="dxa"/>
              <w:left w:w="80" w:type="dxa"/>
              <w:bottom w:w="35" w:type="dxa"/>
              <w:right w:w="80" w:type="dxa"/>
            </w:tcMar>
            <w:vAlign w:val="center"/>
          </w:tcPr>
          <w:p w14:paraId="5324B8B6" w14:textId="77777777" w:rsidR="00D94131" w:rsidRDefault="00D94131">
            <w:pPr>
              <w:spacing w:after="0"/>
            </w:pPr>
          </w:p>
        </w:tc>
      </w:tr>
      <w:tr w:rsidR="00D94131" w14:paraId="4FBE8A16"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trHeight w:val="351"/>
          <w:jc w:val="center"/>
        </w:trPr>
        <w:tc>
          <w:tcPr>
            <w:tcW w:w="1429" w:type="dxa"/>
            <w:tcMar>
              <w:top w:w="35" w:type="dxa"/>
              <w:left w:w="80" w:type="dxa"/>
              <w:bottom w:w="35" w:type="dxa"/>
              <w:right w:w="80" w:type="dxa"/>
            </w:tcMar>
            <w:vAlign w:val="center"/>
          </w:tcPr>
          <w:p w14:paraId="1C4729E5" w14:textId="77777777" w:rsidR="00D94131" w:rsidRDefault="00D94131">
            <w:pPr>
              <w:spacing w:after="0"/>
            </w:pPr>
          </w:p>
        </w:tc>
        <w:tc>
          <w:tcPr>
            <w:tcW w:w="5573" w:type="dxa"/>
            <w:tcMar>
              <w:top w:w="35" w:type="dxa"/>
              <w:left w:w="80" w:type="dxa"/>
              <w:bottom w:w="35" w:type="dxa"/>
              <w:right w:w="80" w:type="dxa"/>
            </w:tcMar>
            <w:vAlign w:val="center"/>
          </w:tcPr>
          <w:p w14:paraId="711F09F5" w14:textId="77777777" w:rsidR="00D94131" w:rsidRDefault="00D94131">
            <w:pPr>
              <w:spacing w:after="0"/>
            </w:pPr>
          </w:p>
        </w:tc>
        <w:tc>
          <w:tcPr>
            <w:tcW w:w="3430" w:type="dxa"/>
            <w:gridSpan w:val="2"/>
            <w:tcMar>
              <w:top w:w="35" w:type="dxa"/>
              <w:left w:w="80" w:type="dxa"/>
              <w:bottom w:w="35" w:type="dxa"/>
              <w:right w:w="80" w:type="dxa"/>
            </w:tcMar>
            <w:vAlign w:val="center"/>
          </w:tcPr>
          <w:p w14:paraId="4ECDFF0E" w14:textId="77777777" w:rsidR="00D94131" w:rsidRDefault="00D94131">
            <w:pPr>
              <w:spacing w:after="0"/>
            </w:pPr>
          </w:p>
        </w:tc>
      </w:tr>
      <w:tr w:rsidR="00D94131" w14:paraId="3E1A23E3"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trHeight w:val="351"/>
          <w:jc w:val="center"/>
        </w:trPr>
        <w:tc>
          <w:tcPr>
            <w:tcW w:w="1429" w:type="dxa"/>
            <w:tcMar>
              <w:top w:w="35" w:type="dxa"/>
              <w:left w:w="80" w:type="dxa"/>
              <w:bottom w:w="35" w:type="dxa"/>
              <w:right w:w="80" w:type="dxa"/>
            </w:tcMar>
            <w:vAlign w:val="center"/>
          </w:tcPr>
          <w:p w14:paraId="5BC44B34" w14:textId="77777777" w:rsidR="00D94131" w:rsidRDefault="00D94131">
            <w:pPr>
              <w:spacing w:after="0"/>
            </w:pPr>
          </w:p>
        </w:tc>
        <w:tc>
          <w:tcPr>
            <w:tcW w:w="5573" w:type="dxa"/>
            <w:tcMar>
              <w:top w:w="35" w:type="dxa"/>
              <w:left w:w="80" w:type="dxa"/>
              <w:bottom w:w="35" w:type="dxa"/>
              <w:right w:w="80" w:type="dxa"/>
            </w:tcMar>
            <w:vAlign w:val="center"/>
          </w:tcPr>
          <w:p w14:paraId="1485E23C" w14:textId="77777777" w:rsidR="00D94131" w:rsidRDefault="00D94131">
            <w:pPr>
              <w:spacing w:after="0"/>
            </w:pPr>
          </w:p>
        </w:tc>
        <w:tc>
          <w:tcPr>
            <w:tcW w:w="3430" w:type="dxa"/>
            <w:gridSpan w:val="2"/>
            <w:tcMar>
              <w:top w:w="35" w:type="dxa"/>
              <w:left w:w="80" w:type="dxa"/>
              <w:bottom w:w="35" w:type="dxa"/>
              <w:right w:w="80" w:type="dxa"/>
            </w:tcMar>
            <w:vAlign w:val="center"/>
          </w:tcPr>
          <w:p w14:paraId="6F44D130" w14:textId="77777777" w:rsidR="00D94131" w:rsidRDefault="00D94131">
            <w:pPr>
              <w:spacing w:after="0"/>
            </w:pPr>
          </w:p>
        </w:tc>
      </w:tr>
      <w:tr w:rsidR="00D94131" w14:paraId="2FC2829F" w14:textId="77777777" w:rsidTr="00B22814">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trHeight w:val="351"/>
          <w:jc w:val="center"/>
        </w:trPr>
        <w:tc>
          <w:tcPr>
            <w:tcW w:w="1429" w:type="dxa"/>
            <w:tcMar>
              <w:top w:w="35" w:type="dxa"/>
              <w:left w:w="80" w:type="dxa"/>
              <w:bottom w:w="35" w:type="dxa"/>
              <w:right w:w="80" w:type="dxa"/>
            </w:tcMar>
            <w:vAlign w:val="center"/>
          </w:tcPr>
          <w:p w14:paraId="0BDF8247" w14:textId="77777777" w:rsidR="00D94131" w:rsidRDefault="00D94131">
            <w:pPr>
              <w:spacing w:after="0"/>
            </w:pPr>
          </w:p>
        </w:tc>
        <w:tc>
          <w:tcPr>
            <w:tcW w:w="5573" w:type="dxa"/>
            <w:tcMar>
              <w:top w:w="35" w:type="dxa"/>
              <w:left w:w="80" w:type="dxa"/>
              <w:bottom w:w="35" w:type="dxa"/>
              <w:right w:w="80" w:type="dxa"/>
            </w:tcMar>
            <w:vAlign w:val="center"/>
          </w:tcPr>
          <w:p w14:paraId="189583DC" w14:textId="77777777" w:rsidR="00D94131" w:rsidRDefault="00D94131">
            <w:pPr>
              <w:spacing w:after="0"/>
            </w:pPr>
          </w:p>
        </w:tc>
        <w:tc>
          <w:tcPr>
            <w:tcW w:w="3430" w:type="dxa"/>
            <w:gridSpan w:val="2"/>
            <w:tcMar>
              <w:top w:w="35" w:type="dxa"/>
              <w:left w:w="80" w:type="dxa"/>
              <w:bottom w:w="35" w:type="dxa"/>
              <w:right w:w="80" w:type="dxa"/>
            </w:tcMar>
            <w:vAlign w:val="center"/>
          </w:tcPr>
          <w:p w14:paraId="3AF04CE3" w14:textId="77777777" w:rsidR="00D94131" w:rsidRDefault="00D94131">
            <w:pPr>
              <w:spacing w:after="0"/>
            </w:pPr>
          </w:p>
        </w:tc>
      </w:tr>
    </w:tbl>
    <w:p w14:paraId="5419E5A7" w14:textId="77777777" w:rsidR="00D94131" w:rsidRDefault="00000000">
      <w:pPr>
        <w:spacing w:before="20" w:after="80"/>
      </w:pPr>
      <w:r>
        <w:rPr>
          <w:b/>
        </w:rPr>
        <w:t>Important: List every part included in the shipment. BEWO is not responsible for parts that are not listed.</w:t>
      </w:r>
    </w:p>
    <w:tbl>
      <w:tblPr>
        <w:tblW w:w="10432" w:type="dxa"/>
        <w:jc w:val="center"/>
        <w:tblLayout w:type="fixed"/>
        <w:tblLook w:val="04A0" w:firstRow="1" w:lastRow="0" w:firstColumn="1" w:lastColumn="0" w:noHBand="0" w:noVBand="1"/>
      </w:tblPr>
      <w:tblGrid>
        <w:gridCol w:w="10432"/>
      </w:tblGrid>
      <w:tr w:rsidR="00D94131" w14:paraId="18E755A2" w14:textId="77777777">
        <w:trPr>
          <w:trHeight w:val="351"/>
          <w:jc w:val="center"/>
        </w:trPr>
        <w:tc>
          <w:tcPr>
            <w:tcW w:w="10432" w:type="dxa"/>
            <w:shd w:val="clear" w:color="auto" w:fill="333333"/>
            <w:tcMar>
              <w:top w:w="35" w:type="dxa"/>
              <w:left w:w="80" w:type="dxa"/>
              <w:bottom w:w="35" w:type="dxa"/>
              <w:right w:w="80" w:type="dxa"/>
            </w:tcMar>
            <w:vAlign w:val="center"/>
          </w:tcPr>
          <w:p w14:paraId="008C13FC" w14:textId="77777777" w:rsidR="00D94131" w:rsidRDefault="00000000">
            <w:pPr>
              <w:spacing w:after="0"/>
            </w:pPr>
            <w:r>
              <w:rPr>
                <w:b/>
                <w:color w:val="FFFFFF"/>
                <w:sz w:val="18"/>
              </w:rPr>
              <w:t>6  Packaging and return shipping</w:t>
            </w:r>
          </w:p>
        </w:tc>
      </w:tr>
      <w:tr w:rsidR="00D94131" w14:paraId="39938555"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10432" w:type="dxa"/>
            <w:tcMar>
              <w:top w:w="35" w:type="dxa"/>
              <w:left w:w="80" w:type="dxa"/>
              <w:bottom w:w="35" w:type="dxa"/>
              <w:right w:w="80" w:type="dxa"/>
            </w:tcMar>
            <w:vAlign w:val="center"/>
          </w:tcPr>
          <w:p w14:paraId="7DCCEC55" w14:textId="77777777" w:rsidR="00D94131" w:rsidRDefault="00000000">
            <w:pPr>
              <w:spacing w:after="0"/>
            </w:pPr>
            <w:r>
              <w:rPr>
                <w:color w:val="000000"/>
              </w:rPr>
              <w:t>[ ] All oil, coolant and fuel have been completely drained.</w:t>
            </w:r>
          </w:p>
        </w:tc>
      </w:tr>
      <w:tr w:rsidR="00D94131" w14:paraId="18AB104B"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10432" w:type="dxa"/>
            <w:tcMar>
              <w:top w:w="35" w:type="dxa"/>
              <w:left w:w="80" w:type="dxa"/>
              <w:bottom w:w="35" w:type="dxa"/>
              <w:right w:w="80" w:type="dxa"/>
            </w:tcMar>
            <w:vAlign w:val="center"/>
          </w:tcPr>
          <w:p w14:paraId="6B6EE744" w14:textId="77777777" w:rsidR="00D94131" w:rsidRDefault="00000000">
            <w:pPr>
              <w:spacing w:after="0"/>
            </w:pPr>
            <w:r>
              <w:rPr>
                <w:color w:val="000000"/>
              </w:rPr>
              <w:t>[ ] Openings have been sealed and vulnerable parts have been protected.</w:t>
            </w:r>
          </w:p>
        </w:tc>
      </w:tr>
      <w:tr w:rsidR="00D94131" w14:paraId="1D3DA0FB"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10432" w:type="dxa"/>
            <w:tcMar>
              <w:top w:w="35" w:type="dxa"/>
              <w:left w:w="80" w:type="dxa"/>
              <w:bottom w:w="35" w:type="dxa"/>
              <w:right w:w="80" w:type="dxa"/>
            </w:tcMar>
            <w:vAlign w:val="center"/>
          </w:tcPr>
          <w:p w14:paraId="759CD8FF" w14:textId="77777777" w:rsidR="00D94131" w:rsidRDefault="00000000">
            <w:pPr>
              <w:spacing w:after="0"/>
            </w:pPr>
            <w:r>
              <w:rPr>
                <w:color w:val="000000"/>
              </w:rPr>
              <w:t>[ ] The engine and exhaust have been packed separately and cannot come into contact.</w:t>
            </w:r>
          </w:p>
        </w:tc>
      </w:tr>
      <w:tr w:rsidR="00D94131" w14:paraId="49E3C8A7"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10432" w:type="dxa"/>
            <w:tcMar>
              <w:top w:w="35" w:type="dxa"/>
              <w:left w:w="80" w:type="dxa"/>
              <w:bottom w:w="35" w:type="dxa"/>
              <w:right w:w="80" w:type="dxa"/>
            </w:tcMar>
            <w:vAlign w:val="center"/>
          </w:tcPr>
          <w:p w14:paraId="605577DA" w14:textId="77777777" w:rsidR="00D94131" w:rsidRDefault="00000000">
            <w:pPr>
              <w:spacing w:after="0"/>
            </w:pPr>
            <w:r>
              <w:rPr>
                <w:color w:val="000000"/>
              </w:rPr>
              <w:t>[ ] Everything has been secured firmly with sufficient shock-absorbing material.</w:t>
            </w:r>
          </w:p>
        </w:tc>
      </w:tr>
      <w:tr w:rsidR="00D94131" w14:paraId="7BC58A5D"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10432" w:type="dxa"/>
            <w:tcMar>
              <w:top w:w="35" w:type="dxa"/>
              <w:left w:w="80" w:type="dxa"/>
              <w:bottom w:w="35" w:type="dxa"/>
              <w:right w:w="80" w:type="dxa"/>
            </w:tcMar>
            <w:vAlign w:val="center"/>
          </w:tcPr>
          <w:p w14:paraId="42957C12" w14:textId="77777777" w:rsidR="00D94131" w:rsidRDefault="00000000">
            <w:pPr>
              <w:spacing w:after="0"/>
            </w:pPr>
            <w:r>
              <w:rPr>
                <w:color w:val="000000"/>
              </w:rPr>
              <w:t>[ ] The packaging is large enough for the engine, exhaust and return packaging materials.</w:t>
            </w:r>
          </w:p>
        </w:tc>
      </w:tr>
      <w:tr w:rsidR="00D94131" w14:paraId="6D68748D" w14:textId="77777777">
        <w:tblPrEx>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Ex>
        <w:trPr>
          <w:jc w:val="center"/>
        </w:trPr>
        <w:tc>
          <w:tcPr>
            <w:tcW w:w="10432" w:type="dxa"/>
            <w:tcMar>
              <w:top w:w="35" w:type="dxa"/>
              <w:left w:w="80" w:type="dxa"/>
              <w:bottom w:w="35" w:type="dxa"/>
              <w:right w:w="80" w:type="dxa"/>
            </w:tcMar>
            <w:vAlign w:val="center"/>
          </w:tcPr>
          <w:p w14:paraId="645A0B18" w14:textId="77777777" w:rsidR="00D94131" w:rsidRDefault="00000000">
            <w:pPr>
              <w:spacing w:after="0"/>
            </w:pPr>
            <w:r>
              <w:rPr>
                <w:color w:val="000000"/>
              </w:rPr>
              <w:t>[ ] This fully completed form is included in the packaging.</w:t>
            </w:r>
          </w:p>
        </w:tc>
      </w:tr>
    </w:tbl>
    <w:p w14:paraId="5B4C4772" w14:textId="77777777" w:rsidR="00D94131" w:rsidRDefault="00000000">
      <w:pPr>
        <w:spacing w:before="20" w:after="80"/>
      </w:pPr>
      <w:r>
        <w:rPr>
          <w:b/>
        </w:rPr>
        <w:t>Please note: Do not use packaging that only just fits the engine. After tuning, an exhaust is often returned as well. Packaging that is too small may result in additional costs.</w:t>
      </w:r>
    </w:p>
    <w:tbl>
      <w:tblPr>
        <w:tblW w:w="10432" w:type="dxa"/>
        <w:jc w:val="center"/>
        <w:tblLayout w:type="fixed"/>
        <w:tblLook w:val="04A0" w:firstRow="1" w:lastRow="0" w:firstColumn="1" w:lastColumn="0" w:noHBand="0" w:noVBand="1"/>
      </w:tblPr>
      <w:tblGrid>
        <w:gridCol w:w="10432"/>
      </w:tblGrid>
      <w:tr w:rsidR="00D94131" w14:paraId="62BE733E" w14:textId="77777777">
        <w:trPr>
          <w:trHeight w:val="351"/>
          <w:jc w:val="center"/>
        </w:trPr>
        <w:tc>
          <w:tcPr>
            <w:tcW w:w="10432" w:type="dxa"/>
            <w:shd w:val="clear" w:color="auto" w:fill="333333"/>
            <w:tcMar>
              <w:top w:w="35" w:type="dxa"/>
              <w:left w:w="80" w:type="dxa"/>
              <w:bottom w:w="35" w:type="dxa"/>
              <w:right w:w="80" w:type="dxa"/>
            </w:tcMar>
            <w:vAlign w:val="center"/>
          </w:tcPr>
          <w:p w14:paraId="185DD4EE" w14:textId="77777777" w:rsidR="00D94131" w:rsidRDefault="00000000">
            <w:pPr>
              <w:spacing w:after="0"/>
            </w:pPr>
            <w:r>
              <w:rPr>
                <w:b/>
                <w:color w:val="FFFFFF"/>
                <w:sz w:val="18"/>
              </w:rPr>
              <w:t>7  Customs information for shipments from outside the European Union</w:t>
            </w:r>
          </w:p>
        </w:tc>
      </w:tr>
    </w:tbl>
    <w:p w14:paraId="3F5807FC" w14:textId="77777777" w:rsidR="00D94131" w:rsidRDefault="00000000">
      <w:pPr>
        <w:spacing w:before="20" w:after="80"/>
      </w:pPr>
      <w:r>
        <w:t>State on the commercial invoice or pro forma invoice that the shipment is a temporary import for repair and return. Preferably use the following wording:</w:t>
      </w:r>
    </w:p>
    <w:p w14:paraId="2F372F0E" w14:textId="77777777" w:rsidR="00D94131" w:rsidRDefault="00000000" w:rsidP="00B22814">
      <w:pPr>
        <w:spacing w:after="80"/>
        <w:ind w:right="227"/>
      </w:pPr>
      <w:r>
        <w:rPr>
          <w:b/>
        </w:rPr>
        <w:t>TEMPORARY IMPORT INTO THE EUROPEAN UNION FOR REPAIR AND RETURN. THE GOODS REMAIN THE PROPERTY OF THE SENDER AND WILL BE RETURNED AFTER REPAIR. NO COMMERCIAL SALE.</w:t>
      </w:r>
    </w:p>
    <w:tbl>
      <w:tblPr>
        <w:tblW w:w="10432"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91"/>
        <w:gridCol w:w="7541"/>
      </w:tblGrid>
      <w:tr w:rsidR="00D94131" w14:paraId="6CEF3FBA" w14:textId="77777777">
        <w:trPr>
          <w:jc w:val="center"/>
        </w:trPr>
        <w:tc>
          <w:tcPr>
            <w:tcW w:w="2891" w:type="dxa"/>
            <w:shd w:val="clear" w:color="auto" w:fill="F1F1F1"/>
            <w:tcMar>
              <w:top w:w="35" w:type="dxa"/>
              <w:left w:w="80" w:type="dxa"/>
              <w:bottom w:w="35" w:type="dxa"/>
              <w:right w:w="80" w:type="dxa"/>
            </w:tcMar>
            <w:vAlign w:val="center"/>
          </w:tcPr>
          <w:p w14:paraId="73150420" w14:textId="77777777" w:rsidR="00D94131" w:rsidRDefault="00000000">
            <w:pPr>
              <w:spacing w:after="0"/>
            </w:pPr>
            <w:r>
              <w:rPr>
                <w:b/>
                <w:color w:val="000000"/>
                <w:sz w:val="17"/>
              </w:rPr>
              <w:t>Name and address of sender</w:t>
            </w:r>
          </w:p>
        </w:tc>
        <w:tc>
          <w:tcPr>
            <w:tcW w:w="7541" w:type="dxa"/>
            <w:tcMar>
              <w:top w:w="35" w:type="dxa"/>
              <w:left w:w="80" w:type="dxa"/>
              <w:bottom w:w="35" w:type="dxa"/>
              <w:right w:w="80" w:type="dxa"/>
            </w:tcMar>
            <w:vAlign w:val="center"/>
          </w:tcPr>
          <w:p w14:paraId="084C29E1" w14:textId="77777777" w:rsidR="00D94131" w:rsidRDefault="00D94131">
            <w:pPr>
              <w:spacing w:after="0"/>
            </w:pPr>
          </w:p>
        </w:tc>
      </w:tr>
      <w:tr w:rsidR="00D94131" w:rsidRPr="00015EAC" w14:paraId="494A97CF" w14:textId="77777777">
        <w:trPr>
          <w:jc w:val="center"/>
        </w:trPr>
        <w:tc>
          <w:tcPr>
            <w:tcW w:w="2891" w:type="dxa"/>
            <w:shd w:val="clear" w:color="auto" w:fill="F1F1F1"/>
            <w:tcMar>
              <w:top w:w="35" w:type="dxa"/>
              <w:left w:w="80" w:type="dxa"/>
              <w:bottom w:w="35" w:type="dxa"/>
              <w:right w:w="80" w:type="dxa"/>
            </w:tcMar>
            <w:vAlign w:val="center"/>
          </w:tcPr>
          <w:p w14:paraId="316CBC1B" w14:textId="77777777" w:rsidR="00D94131" w:rsidRDefault="00000000">
            <w:pPr>
              <w:spacing w:after="0"/>
            </w:pPr>
            <w:r>
              <w:rPr>
                <w:b/>
                <w:color w:val="000000"/>
                <w:sz w:val="17"/>
              </w:rPr>
              <w:t>Recipient</w:t>
            </w:r>
          </w:p>
        </w:tc>
        <w:tc>
          <w:tcPr>
            <w:tcW w:w="7541" w:type="dxa"/>
            <w:tcMar>
              <w:top w:w="35" w:type="dxa"/>
              <w:left w:w="80" w:type="dxa"/>
              <w:bottom w:w="35" w:type="dxa"/>
              <w:right w:w="80" w:type="dxa"/>
            </w:tcMar>
            <w:vAlign w:val="center"/>
          </w:tcPr>
          <w:p w14:paraId="33792343" w14:textId="77777777" w:rsidR="00D94131" w:rsidRPr="00015EAC" w:rsidRDefault="00000000">
            <w:pPr>
              <w:spacing w:after="0"/>
              <w:rPr>
                <w:lang w:val="nl-NL"/>
              </w:rPr>
            </w:pPr>
            <w:r w:rsidRPr="00015EAC">
              <w:rPr>
                <w:color w:val="000000"/>
                <w:sz w:val="17"/>
                <w:lang w:val="nl-NL"/>
              </w:rPr>
              <w:t xml:space="preserve">BEWO Revisie &amp; </w:t>
            </w:r>
            <w:proofErr w:type="spellStart"/>
            <w:r w:rsidRPr="00015EAC">
              <w:rPr>
                <w:color w:val="000000"/>
                <w:sz w:val="17"/>
                <w:lang w:val="nl-NL"/>
              </w:rPr>
              <w:t>Tuning</w:t>
            </w:r>
            <w:proofErr w:type="spellEnd"/>
            <w:r w:rsidRPr="00015EAC">
              <w:rPr>
                <w:color w:val="000000"/>
                <w:sz w:val="17"/>
                <w:lang w:val="nl-NL"/>
              </w:rPr>
              <w:t>, Newtonstraat 6a, 7131 PP Lichtenvoorde, The Netherlands</w:t>
            </w:r>
          </w:p>
        </w:tc>
      </w:tr>
      <w:tr w:rsidR="00D94131" w14:paraId="085E1A61" w14:textId="77777777">
        <w:trPr>
          <w:jc w:val="center"/>
        </w:trPr>
        <w:tc>
          <w:tcPr>
            <w:tcW w:w="2891" w:type="dxa"/>
            <w:shd w:val="clear" w:color="auto" w:fill="F1F1F1"/>
            <w:tcMar>
              <w:top w:w="35" w:type="dxa"/>
              <w:left w:w="80" w:type="dxa"/>
              <w:bottom w:w="35" w:type="dxa"/>
              <w:right w:w="80" w:type="dxa"/>
            </w:tcMar>
            <w:vAlign w:val="center"/>
          </w:tcPr>
          <w:p w14:paraId="4DAEAB34" w14:textId="77777777" w:rsidR="00D94131" w:rsidRDefault="00000000">
            <w:pPr>
              <w:spacing w:after="0"/>
            </w:pPr>
            <w:r>
              <w:rPr>
                <w:b/>
                <w:color w:val="000000"/>
                <w:sz w:val="17"/>
              </w:rPr>
              <w:t>Description of goods</w:t>
            </w:r>
          </w:p>
        </w:tc>
        <w:tc>
          <w:tcPr>
            <w:tcW w:w="7541" w:type="dxa"/>
            <w:tcMar>
              <w:top w:w="35" w:type="dxa"/>
              <w:left w:w="80" w:type="dxa"/>
              <w:bottom w:w="35" w:type="dxa"/>
              <w:right w:w="80" w:type="dxa"/>
            </w:tcMar>
            <w:vAlign w:val="center"/>
          </w:tcPr>
          <w:p w14:paraId="40EABCE9" w14:textId="77777777" w:rsidR="00D94131" w:rsidRDefault="00D94131">
            <w:pPr>
              <w:spacing w:after="0"/>
            </w:pPr>
          </w:p>
        </w:tc>
      </w:tr>
      <w:tr w:rsidR="00D94131" w14:paraId="1671C8CA" w14:textId="77777777">
        <w:trPr>
          <w:jc w:val="center"/>
        </w:trPr>
        <w:tc>
          <w:tcPr>
            <w:tcW w:w="2891" w:type="dxa"/>
            <w:shd w:val="clear" w:color="auto" w:fill="F1F1F1"/>
            <w:tcMar>
              <w:top w:w="35" w:type="dxa"/>
              <w:left w:w="80" w:type="dxa"/>
              <w:bottom w:w="35" w:type="dxa"/>
              <w:right w:w="80" w:type="dxa"/>
            </w:tcMar>
            <w:vAlign w:val="center"/>
          </w:tcPr>
          <w:p w14:paraId="1D26A5A6" w14:textId="77777777" w:rsidR="00D94131" w:rsidRDefault="00000000">
            <w:pPr>
              <w:spacing w:after="0"/>
            </w:pPr>
            <w:r>
              <w:rPr>
                <w:b/>
                <w:color w:val="000000"/>
                <w:sz w:val="17"/>
              </w:rPr>
              <w:t>Make, type and serial number</w:t>
            </w:r>
          </w:p>
        </w:tc>
        <w:tc>
          <w:tcPr>
            <w:tcW w:w="7541" w:type="dxa"/>
            <w:tcMar>
              <w:top w:w="35" w:type="dxa"/>
              <w:left w:w="80" w:type="dxa"/>
              <w:bottom w:w="35" w:type="dxa"/>
              <w:right w:w="80" w:type="dxa"/>
            </w:tcMar>
            <w:vAlign w:val="center"/>
          </w:tcPr>
          <w:p w14:paraId="6EADA3CC" w14:textId="77777777" w:rsidR="00D94131" w:rsidRDefault="00D94131">
            <w:pPr>
              <w:spacing w:after="0"/>
            </w:pPr>
          </w:p>
        </w:tc>
      </w:tr>
      <w:tr w:rsidR="00D94131" w14:paraId="418678BE" w14:textId="77777777">
        <w:trPr>
          <w:jc w:val="center"/>
        </w:trPr>
        <w:tc>
          <w:tcPr>
            <w:tcW w:w="2891" w:type="dxa"/>
            <w:shd w:val="clear" w:color="auto" w:fill="F1F1F1"/>
            <w:tcMar>
              <w:top w:w="35" w:type="dxa"/>
              <w:left w:w="80" w:type="dxa"/>
              <w:bottom w:w="35" w:type="dxa"/>
              <w:right w:w="80" w:type="dxa"/>
            </w:tcMar>
            <w:vAlign w:val="center"/>
          </w:tcPr>
          <w:p w14:paraId="2630B4A4" w14:textId="77777777" w:rsidR="00D94131" w:rsidRDefault="00000000">
            <w:pPr>
              <w:spacing w:after="0"/>
            </w:pPr>
            <w:r>
              <w:rPr>
                <w:b/>
                <w:color w:val="000000"/>
                <w:sz w:val="17"/>
              </w:rPr>
              <w:t>Country of origin</w:t>
            </w:r>
          </w:p>
        </w:tc>
        <w:tc>
          <w:tcPr>
            <w:tcW w:w="7541" w:type="dxa"/>
            <w:tcMar>
              <w:top w:w="35" w:type="dxa"/>
              <w:left w:w="80" w:type="dxa"/>
              <w:bottom w:w="35" w:type="dxa"/>
              <w:right w:w="80" w:type="dxa"/>
            </w:tcMar>
            <w:vAlign w:val="center"/>
          </w:tcPr>
          <w:p w14:paraId="358EC774" w14:textId="77777777" w:rsidR="00D94131" w:rsidRDefault="00D94131">
            <w:pPr>
              <w:spacing w:after="0"/>
            </w:pPr>
          </w:p>
        </w:tc>
      </w:tr>
      <w:tr w:rsidR="00D94131" w14:paraId="497F6FFA" w14:textId="77777777">
        <w:trPr>
          <w:jc w:val="center"/>
        </w:trPr>
        <w:tc>
          <w:tcPr>
            <w:tcW w:w="2891" w:type="dxa"/>
            <w:shd w:val="clear" w:color="auto" w:fill="F1F1F1"/>
            <w:tcMar>
              <w:top w:w="35" w:type="dxa"/>
              <w:left w:w="80" w:type="dxa"/>
              <w:bottom w:w="35" w:type="dxa"/>
              <w:right w:w="80" w:type="dxa"/>
            </w:tcMar>
            <w:vAlign w:val="center"/>
          </w:tcPr>
          <w:p w14:paraId="5ED2F56D" w14:textId="77777777" w:rsidR="00D94131" w:rsidRDefault="00000000">
            <w:pPr>
              <w:spacing w:after="0"/>
            </w:pPr>
            <w:r>
              <w:rPr>
                <w:b/>
                <w:color w:val="000000"/>
                <w:sz w:val="17"/>
              </w:rPr>
              <w:t>HS / customs code</w:t>
            </w:r>
          </w:p>
        </w:tc>
        <w:tc>
          <w:tcPr>
            <w:tcW w:w="7541" w:type="dxa"/>
            <w:tcMar>
              <w:top w:w="35" w:type="dxa"/>
              <w:left w:w="80" w:type="dxa"/>
              <w:bottom w:w="35" w:type="dxa"/>
              <w:right w:w="80" w:type="dxa"/>
            </w:tcMar>
            <w:vAlign w:val="center"/>
          </w:tcPr>
          <w:p w14:paraId="5E1E3FB8" w14:textId="77777777" w:rsidR="00D94131" w:rsidRDefault="00B22814">
            <w:pPr>
              <w:spacing w:after="0"/>
            </w:pPr>
            <w:r>
              <w:t>8714</w:t>
            </w:r>
          </w:p>
        </w:tc>
      </w:tr>
      <w:tr w:rsidR="00D94131" w14:paraId="2AA28969" w14:textId="77777777">
        <w:trPr>
          <w:jc w:val="center"/>
        </w:trPr>
        <w:tc>
          <w:tcPr>
            <w:tcW w:w="2891" w:type="dxa"/>
            <w:shd w:val="clear" w:color="auto" w:fill="F1F1F1"/>
            <w:tcMar>
              <w:top w:w="35" w:type="dxa"/>
              <w:left w:w="80" w:type="dxa"/>
              <w:bottom w:w="35" w:type="dxa"/>
              <w:right w:w="80" w:type="dxa"/>
            </w:tcMar>
            <w:vAlign w:val="center"/>
          </w:tcPr>
          <w:p w14:paraId="38F7A682" w14:textId="77777777" w:rsidR="00D94131" w:rsidRDefault="00000000">
            <w:pPr>
              <w:spacing w:after="0"/>
            </w:pPr>
            <w:r>
              <w:rPr>
                <w:b/>
                <w:color w:val="000000"/>
                <w:sz w:val="17"/>
              </w:rPr>
              <w:t>Realistic customs value</w:t>
            </w:r>
          </w:p>
        </w:tc>
        <w:tc>
          <w:tcPr>
            <w:tcW w:w="7541" w:type="dxa"/>
            <w:tcMar>
              <w:top w:w="35" w:type="dxa"/>
              <w:left w:w="80" w:type="dxa"/>
              <w:bottom w:w="35" w:type="dxa"/>
              <w:right w:w="80" w:type="dxa"/>
            </w:tcMar>
            <w:vAlign w:val="center"/>
          </w:tcPr>
          <w:p w14:paraId="0FBB9728" w14:textId="77777777" w:rsidR="00D94131" w:rsidRDefault="00000000">
            <w:pPr>
              <w:spacing w:after="0"/>
            </w:pPr>
            <w:r>
              <w:rPr>
                <w:color w:val="000000"/>
                <w:sz w:val="17"/>
              </w:rPr>
              <w:t>Currency: __________   Value: __________________</w:t>
            </w:r>
          </w:p>
        </w:tc>
      </w:tr>
      <w:tr w:rsidR="00D94131" w14:paraId="5BDA82E8" w14:textId="77777777">
        <w:trPr>
          <w:jc w:val="center"/>
        </w:trPr>
        <w:tc>
          <w:tcPr>
            <w:tcW w:w="2891" w:type="dxa"/>
            <w:shd w:val="clear" w:color="auto" w:fill="F1F1F1"/>
            <w:tcMar>
              <w:top w:w="35" w:type="dxa"/>
              <w:left w:w="80" w:type="dxa"/>
              <w:bottom w:w="35" w:type="dxa"/>
              <w:right w:w="80" w:type="dxa"/>
            </w:tcMar>
            <w:vAlign w:val="center"/>
          </w:tcPr>
          <w:p w14:paraId="387E5D9B" w14:textId="77777777" w:rsidR="00D94131" w:rsidRDefault="00000000">
            <w:pPr>
              <w:spacing w:after="0"/>
            </w:pPr>
            <w:r>
              <w:rPr>
                <w:b/>
                <w:color w:val="000000"/>
                <w:sz w:val="17"/>
              </w:rPr>
              <w:t>Reason for shipment</w:t>
            </w:r>
          </w:p>
        </w:tc>
        <w:tc>
          <w:tcPr>
            <w:tcW w:w="7541" w:type="dxa"/>
            <w:tcMar>
              <w:top w:w="35" w:type="dxa"/>
              <w:left w:w="80" w:type="dxa"/>
              <w:bottom w:w="35" w:type="dxa"/>
              <w:right w:w="80" w:type="dxa"/>
            </w:tcMar>
            <w:vAlign w:val="center"/>
          </w:tcPr>
          <w:p w14:paraId="62D9E2B1" w14:textId="77777777" w:rsidR="00D94131" w:rsidRDefault="00000000">
            <w:pPr>
              <w:spacing w:after="0"/>
            </w:pPr>
            <w:r>
              <w:rPr>
                <w:color w:val="000000"/>
                <w:sz w:val="17"/>
              </w:rPr>
              <w:t>[ ] Repair   [ ] Reconditioning   [ ] Tuning   [ ] Testing</w:t>
            </w:r>
          </w:p>
        </w:tc>
      </w:tr>
      <w:tr w:rsidR="00D94131" w14:paraId="2E6A6607" w14:textId="77777777">
        <w:trPr>
          <w:jc w:val="center"/>
        </w:trPr>
        <w:tc>
          <w:tcPr>
            <w:tcW w:w="2891" w:type="dxa"/>
            <w:shd w:val="clear" w:color="auto" w:fill="F1F1F1"/>
            <w:tcMar>
              <w:top w:w="35" w:type="dxa"/>
              <w:left w:w="80" w:type="dxa"/>
              <w:bottom w:w="35" w:type="dxa"/>
              <w:right w:w="80" w:type="dxa"/>
            </w:tcMar>
            <w:vAlign w:val="center"/>
          </w:tcPr>
          <w:p w14:paraId="68DCD99E" w14:textId="77777777" w:rsidR="00D94131" w:rsidRDefault="00000000">
            <w:pPr>
              <w:spacing w:after="0"/>
            </w:pPr>
            <w:r>
              <w:rPr>
                <w:b/>
                <w:color w:val="000000"/>
                <w:sz w:val="17"/>
              </w:rPr>
              <w:t>Return after completion of work</w:t>
            </w:r>
          </w:p>
        </w:tc>
        <w:tc>
          <w:tcPr>
            <w:tcW w:w="7541" w:type="dxa"/>
            <w:tcMar>
              <w:top w:w="35" w:type="dxa"/>
              <w:left w:w="80" w:type="dxa"/>
              <w:bottom w:w="35" w:type="dxa"/>
              <w:right w:w="80" w:type="dxa"/>
            </w:tcMar>
            <w:vAlign w:val="center"/>
          </w:tcPr>
          <w:p w14:paraId="7B956C58" w14:textId="77777777" w:rsidR="00D94131" w:rsidRDefault="00000000">
            <w:pPr>
              <w:spacing w:after="0"/>
            </w:pPr>
            <w:r>
              <w:rPr>
                <w:color w:val="000000"/>
                <w:sz w:val="17"/>
              </w:rPr>
              <w:t>[ ] Yes - the goods remain the property of the sender and will be returned</w:t>
            </w:r>
          </w:p>
        </w:tc>
      </w:tr>
    </w:tbl>
    <w:p w14:paraId="42D8F056" w14:textId="77777777" w:rsidR="00D94131" w:rsidRDefault="00000000">
      <w:pPr>
        <w:spacing w:after="0" w:line="30" w:lineRule="exact"/>
      </w:pPr>
      <w:r>
        <w:rPr>
          <w:sz w:val="3"/>
        </w:rPr>
        <w:t xml:space="preserve"> </w:t>
      </w:r>
    </w:p>
    <w:tbl>
      <w:tblPr>
        <w:tblW w:w="10432" w:type="dxa"/>
        <w:jc w:val="center"/>
        <w:tblLayout w:type="fixed"/>
        <w:tblLook w:val="04A0" w:firstRow="1" w:lastRow="0" w:firstColumn="1" w:lastColumn="0" w:noHBand="0" w:noVBand="1"/>
      </w:tblPr>
      <w:tblGrid>
        <w:gridCol w:w="10432"/>
      </w:tblGrid>
      <w:tr w:rsidR="00D94131" w14:paraId="7ADC71B8" w14:textId="77777777">
        <w:trPr>
          <w:trHeight w:val="351"/>
          <w:jc w:val="center"/>
        </w:trPr>
        <w:tc>
          <w:tcPr>
            <w:tcW w:w="10432" w:type="dxa"/>
            <w:shd w:val="clear" w:color="auto" w:fill="333333"/>
            <w:tcMar>
              <w:top w:w="35" w:type="dxa"/>
              <w:left w:w="80" w:type="dxa"/>
              <w:bottom w:w="35" w:type="dxa"/>
              <w:right w:w="80" w:type="dxa"/>
            </w:tcMar>
            <w:vAlign w:val="center"/>
          </w:tcPr>
          <w:p w14:paraId="1788EC43" w14:textId="77777777" w:rsidR="00D94131" w:rsidRDefault="00000000">
            <w:pPr>
              <w:spacing w:after="0"/>
            </w:pPr>
            <w:r>
              <w:rPr>
                <w:b/>
                <w:color w:val="FFFFFF"/>
                <w:sz w:val="18"/>
              </w:rPr>
              <w:t>8  Confirmation and signature</w:t>
            </w:r>
          </w:p>
        </w:tc>
      </w:tr>
    </w:tbl>
    <w:p w14:paraId="7603A690" w14:textId="77777777" w:rsidR="00D94131" w:rsidRDefault="00000000">
      <w:pPr>
        <w:spacing w:before="20" w:after="80"/>
      </w:pPr>
      <w:r>
        <w:t>The customer confirms that the information provided is complete, all fluids have been drained and the shipment has been packaged securely. Any work and additional costs will be discussed in advance where necessary.</w:t>
      </w:r>
    </w:p>
    <w:tbl>
      <w:tblPr>
        <w:tblW w:w="10432" w:type="dxa"/>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91"/>
        <w:gridCol w:w="7541"/>
      </w:tblGrid>
      <w:tr w:rsidR="00D94131" w14:paraId="6EABB120" w14:textId="77777777">
        <w:trPr>
          <w:jc w:val="center"/>
        </w:trPr>
        <w:tc>
          <w:tcPr>
            <w:tcW w:w="2891" w:type="dxa"/>
            <w:shd w:val="clear" w:color="auto" w:fill="F1F1F1"/>
            <w:tcMar>
              <w:top w:w="35" w:type="dxa"/>
              <w:left w:w="80" w:type="dxa"/>
              <w:bottom w:w="35" w:type="dxa"/>
              <w:right w:w="80" w:type="dxa"/>
            </w:tcMar>
            <w:vAlign w:val="center"/>
          </w:tcPr>
          <w:p w14:paraId="0519D2EF" w14:textId="77777777" w:rsidR="00D94131" w:rsidRDefault="00000000">
            <w:pPr>
              <w:spacing w:after="0"/>
            </w:pPr>
            <w:r>
              <w:rPr>
                <w:b/>
                <w:color w:val="000000"/>
                <w:sz w:val="17"/>
              </w:rPr>
              <w:t>Name</w:t>
            </w:r>
          </w:p>
        </w:tc>
        <w:tc>
          <w:tcPr>
            <w:tcW w:w="7541" w:type="dxa"/>
            <w:tcMar>
              <w:top w:w="35" w:type="dxa"/>
              <w:left w:w="80" w:type="dxa"/>
              <w:bottom w:w="35" w:type="dxa"/>
              <w:right w:w="80" w:type="dxa"/>
            </w:tcMar>
            <w:vAlign w:val="center"/>
          </w:tcPr>
          <w:p w14:paraId="4ABDCE99" w14:textId="77777777" w:rsidR="00D94131" w:rsidRDefault="00D94131">
            <w:pPr>
              <w:spacing w:after="0"/>
            </w:pPr>
          </w:p>
        </w:tc>
      </w:tr>
      <w:tr w:rsidR="00D94131" w14:paraId="45F0F3E8" w14:textId="77777777">
        <w:trPr>
          <w:jc w:val="center"/>
        </w:trPr>
        <w:tc>
          <w:tcPr>
            <w:tcW w:w="2891" w:type="dxa"/>
            <w:shd w:val="clear" w:color="auto" w:fill="F1F1F1"/>
            <w:tcMar>
              <w:top w:w="35" w:type="dxa"/>
              <w:left w:w="80" w:type="dxa"/>
              <w:bottom w:w="35" w:type="dxa"/>
              <w:right w:w="80" w:type="dxa"/>
            </w:tcMar>
            <w:vAlign w:val="center"/>
          </w:tcPr>
          <w:p w14:paraId="4BB707E5" w14:textId="77777777" w:rsidR="00D94131" w:rsidRDefault="00000000">
            <w:pPr>
              <w:spacing w:after="0"/>
            </w:pPr>
            <w:r>
              <w:rPr>
                <w:b/>
                <w:color w:val="000000"/>
                <w:sz w:val="17"/>
              </w:rPr>
              <w:t>Place and date</w:t>
            </w:r>
          </w:p>
        </w:tc>
        <w:tc>
          <w:tcPr>
            <w:tcW w:w="7541" w:type="dxa"/>
            <w:tcMar>
              <w:top w:w="35" w:type="dxa"/>
              <w:left w:w="80" w:type="dxa"/>
              <w:bottom w:w="35" w:type="dxa"/>
              <w:right w:w="80" w:type="dxa"/>
            </w:tcMar>
            <w:vAlign w:val="center"/>
          </w:tcPr>
          <w:p w14:paraId="47B6ABFD" w14:textId="77777777" w:rsidR="00D94131" w:rsidRDefault="00D94131">
            <w:pPr>
              <w:spacing w:after="0"/>
            </w:pPr>
          </w:p>
        </w:tc>
      </w:tr>
      <w:tr w:rsidR="00D94131" w14:paraId="3C8B67C9" w14:textId="77777777" w:rsidTr="00B22814">
        <w:trPr>
          <w:trHeight w:val="1187"/>
          <w:jc w:val="center"/>
        </w:trPr>
        <w:tc>
          <w:tcPr>
            <w:tcW w:w="2891" w:type="dxa"/>
            <w:shd w:val="clear" w:color="auto" w:fill="F1F1F1"/>
            <w:tcMar>
              <w:top w:w="35" w:type="dxa"/>
              <w:left w:w="80" w:type="dxa"/>
              <w:bottom w:w="35" w:type="dxa"/>
              <w:right w:w="80" w:type="dxa"/>
            </w:tcMar>
            <w:vAlign w:val="center"/>
          </w:tcPr>
          <w:p w14:paraId="47C9F3CE" w14:textId="77777777" w:rsidR="00D94131" w:rsidRDefault="00000000">
            <w:pPr>
              <w:spacing w:after="0"/>
            </w:pPr>
            <w:r>
              <w:rPr>
                <w:b/>
                <w:color w:val="000000"/>
                <w:sz w:val="17"/>
              </w:rPr>
              <w:t>Signature</w:t>
            </w:r>
          </w:p>
        </w:tc>
        <w:tc>
          <w:tcPr>
            <w:tcW w:w="7541" w:type="dxa"/>
            <w:tcMar>
              <w:top w:w="35" w:type="dxa"/>
              <w:left w:w="80" w:type="dxa"/>
              <w:bottom w:w="35" w:type="dxa"/>
              <w:right w:w="80" w:type="dxa"/>
            </w:tcMar>
            <w:vAlign w:val="center"/>
          </w:tcPr>
          <w:p w14:paraId="299B0E96" w14:textId="77777777" w:rsidR="00D94131" w:rsidRDefault="00D94131">
            <w:pPr>
              <w:spacing w:after="0"/>
            </w:pPr>
          </w:p>
        </w:tc>
      </w:tr>
    </w:tbl>
    <w:p w14:paraId="4B1954F3" w14:textId="77777777" w:rsidR="00D94131" w:rsidRDefault="00000000">
      <w:pPr>
        <w:spacing w:after="0" w:line="30" w:lineRule="exact"/>
      </w:pPr>
      <w:r>
        <w:rPr>
          <w:sz w:val="3"/>
        </w:rPr>
        <w:t xml:space="preserve"> </w:t>
      </w:r>
    </w:p>
    <w:sectPr w:rsidR="00D94131" w:rsidSect="00034616">
      <w:headerReference w:type="default" r:id="rId9"/>
      <w:footerReference w:type="default" r:id="rId10"/>
      <w:pgSz w:w="11906" w:h="16838"/>
      <w:pgMar w:top="709" w:right="822" w:bottom="680" w:left="822"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E2B2B" w14:textId="77777777" w:rsidR="006826C5" w:rsidRDefault="006826C5">
      <w:pPr>
        <w:spacing w:after="0" w:line="240" w:lineRule="auto"/>
      </w:pPr>
      <w:r>
        <w:separator/>
      </w:r>
    </w:p>
  </w:endnote>
  <w:endnote w:type="continuationSeparator" w:id="0">
    <w:p w14:paraId="6EE3BC6B" w14:textId="77777777" w:rsidR="006826C5" w:rsidRDefault="00682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694E" w14:textId="77777777" w:rsidR="00D94131" w:rsidRDefault="00000000">
    <w:pPr>
      <w:pStyle w:val="Voettekst"/>
      <w:jc w:val="center"/>
    </w:pPr>
    <w:r>
      <w:rPr>
        <w:color w:val="5A5A5A"/>
        <w:sz w:val="15"/>
      </w:rPr>
      <w:t xml:space="preserve">BEWO </w:t>
    </w:r>
    <w:proofErr w:type="spellStart"/>
    <w:r>
      <w:rPr>
        <w:color w:val="5A5A5A"/>
        <w:sz w:val="15"/>
      </w:rPr>
      <w:t>Revisie</w:t>
    </w:r>
    <w:proofErr w:type="spellEnd"/>
    <w:r>
      <w:rPr>
        <w:color w:val="5A5A5A"/>
        <w:sz w:val="15"/>
      </w:rPr>
      <w:t xml:space="preserve"> &amp; Tuning  |  bewomotoren.nl  |  Keep your tracking details and proof of shipment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A176C" w14:textId="77777777" w:rsidR="006826C5" w:rsidRDefault="006826C5">
      <w:pPr>
        <w:spacing w:after="0" w:line="240" w:lineRule="auto"/>
      </w:pPr>
      <w:r>
        <w:separator/>
      </w:r>
    </w:p>
  </w:footnote>
  <w:footnote w:type="continuationSeparator" w:id="0">
    <w:p w14:paraId="7C2E9F1B" w14:textId="77777777" w:rsidR="006826C5" w:rsidRDefault="00682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8441" w14:textId="77777777" w:rsidR="002E5590" w:rsidRDefault="002E559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44469936">
    <w:abstractNumId w:val="8"/>
  </w:num>
  <w:num w:numId="2" w16cid:durableId="970476552">
    <w:abstractNumId w:val="6"/>
  </w:num>
  <w:num w:numId="3" w16cid:durableId="1542471409">
    <w:abstractNumId w:val="5"/>
  </w:num>
  <w:num w:numId="4" w16cid:durableId="728921958">
    <w:abstractNumId w:val="4"/>
  </w:num>
  <w:num w:numId="5" w16cid:durableId="377777925">
    <w:abstractNumId w:val="7"/>
  </w:num>
  <w:num w:numId="6" w16cid:durableId="1297636566">
    <w:abstractNumId w:val="3"/>
  </w:num>
  <w:num w:numId="7" w16cid:durableId="1639988248">
    <w:abstractNumId w:val="2"/>
  </w:num>
  <w:num w:numId="8" w16cid:durableId="1719235709">
    <w:abstractNumId w:val="1"/>
  </w:num>
  <w:num w:numId="9" w16cid:durableId="210532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EAC"/>
    <w:rsid w:val="00034616"/>
    <w:rsid w:val="0006063C"/>
    <w:rsid w:val="0015074B"/>
    <w:rsid w:val="0029639D"/>
    <w:rsid w:val="002E5590"/>
    <w:rsid w:val="003239F9"/>
    <w:rsid w:val="00326F90"/>
    <w:rsid w:val="00506B96"/>
    <w:rsid w:val="006826C5"/>
    <w:rsid w:val="00AA1D8D"/>
    <w:rsid w:val="00B1520D"/>
    <w:rsid w:val="00B22814"/>
    <w:rsid w:val="00B47730"/>
    <w:rsid w:val="00CB0664"/>
    <w:rsid w:val="00CE0C26"/>
    <w:rsid w:val="00D94131"/>
    <w:rsid w:val="00EB79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4289AE"/>
  <w14:defaultImageDpi w14:val="300"/>
  <w15:docId w15:val="{15B466AF-86DD-43FB-B161-EECE54C5F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20"/>
    </w:pPr>
    <w:rPr>
      <w:rFonts w:ascii="Arial" w:eastAsia="Arial" w:hAnsi="Arial"/>
      <w:sz w:val="16"/>
    </w:rPr>
  </w:style>
  <w:style w:type="paragraph" w:styleId="Kop1">
    <w:name w:val="heading 1"/>
    <w:basedOn w:val="Standaard"/>
    <w:next w:val="Standaard"/>
    <w:link w:val="Kop1Char"/>
    <w:uiPriority w:val="9"/>
    <w:qFormat/>
    <w:rsid w:val="00FC693F"/>
    <w:pPr>
      <w:keepNext/>
      <w:keepLines/>
      <w:spacing w:before="100" w:after="80"/>
      <w:outlineLvl w:val="0"/>
    </w:pPr>
    <w:rPr>
      <w:rFonts w:asciiTheme="majorHAnsi" w:eastAsiaTheme="majorEastAsia" w:hAnsiTheme="majorHAnsi" w:cstheme="majorBidi"/>
      <w:b/>
      <w:bCs/>
      <w:color w:val="000000"/>
      <w:sz w:val="26"/>
      <w:szCs w:val="28"/>
    </w:rPr>
  </w:style>
  <w:style w:type="paragraph" w:styleId="Kop2">
    <w:name w:val="heading 2"/>
    <w:basedOn w:val="Standaard"/>
    <w:next w:val="Standaard"/>
    <w:link w:val="Kop2Char"/>
    <w:uiPriority w:val="9"/>
    <w:unhideWhenUsed/>
    <w:qFormat/>
    <w:rsid w:val="00FC693F"/>
    <w:pPr>
      <w:keepNext/>
      <w:keepLines/>
      <w:spacing w:before="100" w:after="80"/>
      <w:outlineLvl w:val="1"/>
    </w:pPr>
    <w:rPr>
      <w:rFonts w:asciiTheme="majorHAnsi" w:eastAsiaTheme="majorEastAsia" w:hAnsiTheme="majorHAnsi" w:cstheme="majorBidi"/>
      <w:b/>
      <w:bCs/>
      <w:color w:val="000000"/>
      <w:sz w:val="20"/>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spacing w:before="100" w:after="8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BEWO Verzendformulier</dc:title>
  <dc:subject>Verzendformulier voor motorblokken en onderdelen</dc:subject>
  <dc:creator>BEWO Revisie &amp; Tuning</dc:creator>
  <cp:keywords/>
  <dc:description>generated by python-docx</dc:description>
  <cp:lastModifiedBy>Bennie Wolsink | Ebero Bikes</cp:lastModifiedBy>
  <cp:revision>2</cp:revision>
  <dcterms:created xsi:type="dcterms:W3CDTF">2026-09-18T13:37:00Z</dcterms:created>
  <dcterms:modified xsi:type="dcterms:W3CDTF">2026-09-18T13:37:00Z</dcterms:modified>
  <cp:category/>
</cp:coreProperties>
</file>