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63"/>
        <w:gridCol w:w="3969"/>
      </w:tblGrid>
      <w:tr w:rsidR="00D94131" w14:paraId="7A34A635" w14:textId="77777777">
        <w:trPr>
          <w:jc w:val="center"/>
        </w:trPr>
        <w:tc>
          <w:tcPr>
            <w:tcW w:w="6463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28D3B7EA" w14:textId="4F5D1905" w:rsidR="00D94131" w:rsidRDefault="00B22814">
            <w:pPr>
              <w:spacing w:after="0"/>
            </w:pPr>
            <w:r>
              <w:rPr>
                <w:b/>
                <w:noProof/>
                <w:color w:val="222222"/>
                <w:sz w:val="44"/>
              </w:rPr>
              <w:drawing>
                <wp:inline distT="0" distB="0" distL="0" distR="0" wp14:anchorId="0C5BD3A5" wp14:editId="15193D3F">
                  <wp:extent cx="1457325" cy="314325"/>
                  <wp:effectExtent l="0" t="0" r="9525" b="9525"/>
                  <wp:docPr id="1779977039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D434ED8" w14:textId="77777777" w:rsidR="00D94131" w:rsidRDefault="00000000">
            <w:pPr>
              <w:spacing w:after="0"/>
              <w:jc w:val="right"/>
            </w:pPr>
            <w:r>
              <w:rPr>
                <w:color w:val="333333"/>
                <w:sz w:val="15"/>
              </w:rPr>
              <w:t>Newtonstraat 6a | 7131 PP Lichtenvoorde</w:t>
            </w:r>
            <w:r>
              <w:rPr>
                <w:color w:val="333333"/>
                <w:sz w:val="15"/>
              </w:rPr>
              <w:br/>
              <w:t>Nederland | +31 (0)6 16 68 18 91</w:t>
            </w:r>
            <w:r>
              <w:rPr>
                <w:color w:val="333333"/>
                <w:sz w:val="15"/>
              </w:rPr>
              <w:br/>
              <w:t>bewomotoren@gmail.com</w:t>
            </w:r>
          </w:p>
        </w:tc>
      </w:tr>
    </w:tbl>
    <w:p w14:paraId="50D9351E" w14:textId="77777777" w:rsidR="00D94131" w:rsidRDefault="00000000">
      <w:pPr>
        <w:spacing w:after="0" w:line="30" w:lineRule="exact"/>
      </w:pPr>
      <w:r>
        <w:rPr>
          <w:sz w:val="3"/>
        </w:rPr>
        <w:t xml:space="preserve"> </w:t>
      </w:r>
    </w:p>
    <w:p w14:paraId="37D78F19" w14:textId="77777777" w:rsidR="00D94131" w:rsidRDefault="00000000">
      <w:pPr>
        <w:pStyle w:val="Titel"/>
        <w:spacing w:before="0" w:after="20"/>
      </w:pPr>
      <w:r>
        <w:t>Verzendformulier</w:t>
      </w:r>
    </w:p>
    <w:p w14:paraId="63998BB2" w14:textId="77777777" w:rsidR="00D94131" w:rsidRDefault="00000000">
      <w:pPr>
        <w:spacing w:after="60"/>
      </w:pPr>
      <w:r>
        <w:rPr>
          <w:color w:val="5A5A5A"/>
        </w:rPr>
        <w:t>Vul dit formulier volledig in en stop een geprinte versie bij de zending.</w:t>
      </w:r>
    </w:p>
    <w:tbl>
      <w:tblPr>
        <w:tblW w:w="10432" w:type="dxa"/>
        <w:jc w:val="center"/>
        <w:tblLayout w:type="fixed"/>
        <w:tblLook w:val="04A0" w:firstRow="1" w:lastRow="0" w:firstColumn="1" w:lastColumn="0" w:noHBand="0" w:noVBand="1"/>
      </w:tblPr>
      <w:tblGrid>
        <w:gridCol w:w="2889"/>
        <w:gridCol w:w="7535"/>
        <w:gridCol w:w="8"/>
      </w:tblGrid>
      <w:tr w:rsidR="00D94131" w14:paraId="1BF16780" w14:textId="77777777" w:rsidTr="00B22814">
        <w:trPr>
          <w:gridAfter w:val="1"/>
          <w:wAfter w:w="8" w:type="dxa"/>
          <w:trHeight w:val="351"/>
          <w:jc w:val="center"/>
        </w:trPr>
        <w:tc>
          <w:tcPr>
            <w:tcW w:w="10432" w:type="dxa"/>
            <w:gridSpan w:val="2"/>
            <w:shd w:val="clear" w:color="auto" w:fill="333333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14910ECC" w14:textId="77777777" w:rsidR="00D94131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1  </w:t>
            </w:r>
            <w:proofErr w:type="spellStart"/>
            <w:r>
              <w:rPr>
                <w:b/>
                <w:color w:val="FFFFFF"/>
                <w:sz w:val="18"/>
              </w:rPr>
              <w:t>Gegevens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afzender</w:t>
            </w:r>
            <w:proofErr w:type="spellEnd"/>
            <w:r>
              <w:rPr>
                <w:b/>
                <w:color w:val="FFFFFF"/>
                <w:sz w:val="18"/>
              </w:rPr>
              <w:t xml:space="preserve"> en </w:t>
            </w:r>
            <w:proofErr w:type="spellStart"/>
            <w:r>
              <w:rPr>
                <w:b/>
                <w:color w:val="FFFFFF"/>
                <w:sz w:val="18"/>
              </w:rPr>
              <w:t>retouradres</w:t>
            </w:r>
            <w:proofErr w:type="spellEnd"/>
          </w:p>
        </w:tc>
      </w:tr>
      <w:tr w:rsidR="00D94131" w14:paraId="027905C6" w14:textId="77777777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171C669B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 xml:space="preserve">Naam / </w:t>
            </w:r>
            <w:proofErr w:type="spellStart"/>
            <w:r>
              <w:rPr>
                <w:b/>
                <w:color w:val="000000"/>
                <w:sz w:val="17"/>
              </w:rPr>
              <w:t>bedrijfsnaam</w:t>
            </w:r>
            <w:proofErr w:type="spellEnd"/>
          </w:p>
        </w:tc>
        <w:tc>
          <w:tcPr>
            <w:tcW w:w="7541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3798F843" w14:textId="77777777" w:rsidR="00D94131" w:rsidRDefault="00D94131">
            <w:pPr>
              <w:spacing w:after="0"/>
            </w:pPr>
          </w:p>
        </w:tc>
      </w:tr>
      <w:tr w:rsidR="00D94131" w14:paraId="0FA04975" w14:textId="77777777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77DF31D3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Contactpersoon</w:t>
            </w:r>
          </w:p>
        </w:tc>
        <w:tc>
          <w:tcPr>
            <w:tcW w:w="7541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488774FF" w14:textId="77777777" w:rsidR="00D94131" w:rsidRDefault="00D94131">
            <w:pPr>
              <w:spacing w:after="0"/>
            </w:pPr>
          </w:p>
        </w:tc>
      </w:tr>
      <w:tr w:rsidR="00D94131" w14:paraId="61534AC1" w14:textId="77777777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132ED9C9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Straat en huisnummer</w:t>
            </w:r>
          </w:p>
        </w:tc>
        <w:tc>
          <w:tcPr>
            <w:tcW w:w="7541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0765A40D" w14:textId="77777777" w:rsidR="00D94131" w:rsidRDefault="00D94131">
            <w:pPr>
              <w:spacing w:after="0"/>
            </w:pPr>
          </w:p>
        </w:tc>
      </w:tr>
      <w:tr w:rsidR="00D94131" w14:paraId="772F7368" w14:textId="77777777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367CB9E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Postcode en plaats</w:t>
            </w:r>
          </w:p>
        </w:tc>
        <w:tc>
          <w:tcPr>
            <w:tcW w:w="7541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4FFB4FC1" w14:textId="77777777" w:rsidR="00D94131" w:rsidRDefault="00D94131">
            <w:pPr>
              <w:spacing w:after="0"/>
            </w:pPr>
          </w:p>
        </w:tc>
      </w:tr>
      <w:tr w:rsidR="00D94131" w14:paraId="6DA6096F" w14:textId="77777777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726B43E1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Land</w:t>
            </w:r>
          </w:p>
        </w:tc>
        <w:tc>
          <w:tcPr>
            <w:tcW w:w="7541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18180C8C" w14:textId="77777777" w:rsidR="00D94131" w:rsidRDefault="00D94131">
            <w:pPr>
              <w:spacing w:after="0"/>
            </w:pPr>
          </w:p>
        </w:tc>
      </w:tr>
      <w:tr w:rsidR="00D94131" w14:paraId="17D29C97" w14:textId="77777777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15C4D878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Telefoonnummer</w:t>
            </w:r>
          </w:p>
        </w:tc>
        <w:tc>
          <w:tcPr>
            <w:tcW w:w="7541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3BB131DC" w14:textId="77777777" w:rsidR="00D94131" w:rsidRDefault="00D94131">
            <w:pPr>
              <w:spacing w:after="0"/>
            </w:pPr>
          </w:p>
        </w:tc>
      </w:tr>
      <w:tr w:rsidR="00D94131" w14:paraId="78669786" w14:textId="77777777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05CE1444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E-mailadres</w:t>
            </w:r>
          </w:p>
        </w:tc>
        <w:tc>
          <w:tcPr>
            <w:tcW w:w="7541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4DEC2C26" w14:textId="77777777" w:rsidR="00D94131" w:rsidRDefault="00D94131">
            <w:pPr>
              <w:spacing w:after="0"/>
            </w:pPr>
          </w:p>
        </w:tc>
      </w:tr>
      <w:tr w:rsidR="00D94131" w14:paraId="0E5DF48E" w14:textId="77777777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12CFFB33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Btw-nummer zakelijk</w:t>
            </w:r>
          </w:p>
        </w:tc>
        <w:tc>
          <w:tcPr>
            <w:tcW w:w="7541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4FE48F65" w14:textId="77777777" w:rsidR="00D94131" w:rsidRDefault="00D94131">
            <w:pPr>
              <w:spacing w:after="0"/>
            </w:pPr>
          </w:p>
        </w:tc>
      </w:tr>
      <w:tr w:rsidR="00D94131" w14:paraId="2B3626D8" w14:textId="77777777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457B9D6A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Retouradres indien afwijkend</w:t>
            </w:r>
          </w:p>
        </w:tc>
        <w:tc>
          <w:tcPr>
            <w:tcW w:w="7541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3252BD55" w14:textId="77777777" w:rsidR="00D94131" w:rsidRDefault="00D94131">
            <w:pPr>
              <w:spacing w:after="0"/>
            </w:pPr>
          </w:p>
        </w:tc>
      </w:tr>
    </w:tbl>
    <w:p w14:paraId="577CF273" w14:textId="77777777" w:rsidR="00D94131" w:rsidRDefault="00000000">
      <w:pPr>
        <w:spacing w:after="0" w:line="30" w:lineRule="exact"/>
      </w:pPr>
      <w:r>
        <w:rPr>
          <w:sz w:val="3"/>
        </w:rPr>
        <w:t xml:space="preserve"> </w:t>
      </w:r>
    </w:p>
    <w:tbl>
      <w:tblPr>
        <w:tblW w:w="10432" w:type="dxa"/>
        <w:jc w:val="center"/>
        <w:tblLayout w:type="fixed"/>
        <w:tblLook w:val="04A0" w:firstRow="1" w:lastRow="0" w:firstColumn="1" w:lastColumn="0" w:noHBand="0" w:noVBand="1"/>
      </w:tblPr>
      <w:tblGrid>
        <w:gridCol w:w="2889"/>
        <w:gridCol w:w="7535"/>
        <w:gridCol w:w="8"/>
      </w:tblGrid>
      <w:tr w:rsidR="00D94131" w14:paraId="6DB436DF" w14:textId="77777777" w:rsidTr="00B22814">
        <w:trPr>
          <w:gridAfter w:val="1"/>
          <w:wAfter w:w="8" w:type="dxa"/>
          <w:trHeight w:val="351"/>
          <w:jc w:val="center"/>
        </w:trPr>
        <w:tc>
          <w:tcPr>
            <w:tcW w:w="10432" w:type="dxa"/>
            <w:gridSpan w:val="2"/>
            <w:shd w:val="clear" w:color="auto" w:fill="333333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6F6E18A4" w14:textId="77777777" w:rsidR="00D94131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2  Motor en </w:t>
            </w:r>
            <w:proofErr w:type="spellStart"/>
            <w:r>
              <w:rPr>
                <w:b/>
                <w:color w:val="FFFFFF"/>
                <w:sz w:val="18"/>
              </w:rPr>
              <w:t>opdracht</w:t>
            </w:r>
            <w:proofErr w:type="spellEnd"/>
          </w:p>
        </w:tc>
      </w:tr>
      <w:tr w:rsidR="00D94131" w14:paraId="13966DCF" w14:textId="77777777" w:rsidTr="00B22814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35AA0D69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Merk</w:t>
            </w:r>
          </w:p>
        </w:tc>
        <w:tc>
          <w:tcPr>
            <w:tcW w:w="7541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7D14D7C" w14:textId="77777777" w:rsidR="00D94131" w:rsidRDefault="00D94131">
            <w:pPr>
              <w:spacing w:after="0"/>
            </w:pPr>
          </w:p>
        </w:tc>
      </w:tr>
      <w:tr w:rsidR="00D94131" w14:paraId="01EC5B0E" w14:textId="77777777" w:rsidTr="00B22814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0CFF56EC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Model / type</w:t>
            </w:r>
          </w:p>
        </w:tc>
        <w:tc>
          <w:tcPr>
            <w:tcW w:w="7541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3AB66278" w14:textId="77777777" w:rsidR="00D94131" w:rsidRDefault="00D94131">
            <w:pPr>
              <w:spacing w:after="0"/>
            </w:pPr>
          </w:p>
        </w:tc>
      </w:tr>
      <w:tr w:rsidR="00D94131" w14:paraId="2242009F" w14:textId="77777777" w:rsidTr="00B22814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636DEA2C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Bouwjaar</w:t>
            </w:r>
          </w:p>
        </w:tc>
        <w:tc>
          <w:tcPr>
            <w:tcW w:w="7541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0ABD7BC6" w14:textId="77777777" w:rsidR="00D94131" w:rsidRDefault="00D94131">
            <w:pPr>
              <w:spacing w:after="0"/>
            </w:pPr>
          </w:p>
        </w:tc>
      </w:tr>
    </w:tbl>
    <w:p w14:paraId="1E8D3D47" w14:textId="77777777" w:rsidR="00D94131" w:rsidRDefault="00000000">
      <w:pPr>
        <w:spacing w:after="0" w:line="30" w:lineRule="exact"/>
      </w:pPr>
      <w:r>
        <w:rPr>
          <w:sz w:val="3"/>
        </w:rPr>
        <w:t xml:space="preserve"> </w:t>
      </w:r>
    </w:p>
    <w:tbl>
      <w:tblPr>
        <w:tblW w:w="10432" w:type="dxa"/>
        <w:jc w:val="center"/>
        <w:tblLayout w:type="fixed"/>
        <w:tblLook w:val="04A0" w:firstRow="1" w:lastRow="0" w:firstColumn="1" w:lastColumn="0" w:noHBand="0" w:noVBand="1"/>
      </w:tblPr>
      <w:tblGrid>
        <w:gridCol w:w="10424"/>
        <w:gridCol w:w="8"/>
      </w:tblGrid>
      <w:tr w:rsidR="00D94131" w14:paraId="343DB121" w14:textId="77777777" w:rsidTr="00B22814">
        <w:trPr>
          <w:gridAfter w:val="1"/>
          <w:wAfter w:w="8" w:type="dxa"/>
          <w:trHeight w:val="351"/>
          <w:jc w:val="center"/>
        </w:trPr>
        <w:tc>
          <w:tcPr>
            <w:tcW w:w="10432" w:type="dxa"/>
            <w:shd w:val="clear" w:color="auto" w:fill="333333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2B74A07D" w14:textId="77777777" w:rsidR="00D94131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3  </w:t>
            </w:r>
            <w:proofErr w:type="spellStart"/>
            <w:r>
              <w:rPr>
                <w:b/>
                <w:color w:val="FFFFFF"/>
                <w:sz w:val="18"/>
              </w:rPr>
              <w:t>Gewenste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werkzaamheden</w:t>
            </w:r>
            <w:proofErr w:type="spellEnd"/>
          </w:p>
        </w:tc>
      </w:tr>
      <w:tr w:rsidR="00B22814" w14:paraId="28CA715C" w14:textId="77777777" w:rsidTr="00B22814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trHeight w:val="135"/>
          <w:jc w:val="center"/>
        </w:trPr>
        <w:tc>
          <w:tcPr>
            <w:tcW w:w="10432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9B5A6BC" w14:textId="24D0E6DE" w:rsidR="00B22814" w:rsidRPr="00B22814" w:rsidRDefault="00B22814" w:rsidP="00B22814">
            <w:pPr>
              <w:spacing w:after="0"/>
              <w:rPr>
                <w:b/>
                <w:bCs/>
                <w:color w:val="000000"/>
                <w:sz w:val="17"/>
              </w:rPr>
            </w:pPr>
            <w:proofErr w:type="spellStart"/>
            <w:r w:rsidRPr="00B22814">
              <w:rPr>
                <w:b/>
                <w:bCs/>
                <w:color w:val="000000"/>
                <w:sz w:val="17"/>
              </w:rPr>
              <w:t>Beschrijf</w:t>
            </w:r>
            <w:proofErr w:type="spellEnd"/>
            <w:r w:rsidRPr="00B22814">
              <w:rPr>
                <w:b/>
                <w:bCs/>
                <w:color w:val="000000"/>
                <w:sz w:val="17"/>
              </w:rPr>
              <w:t xml:space="preserve"> </w:t>
            </w:r>
            <w:proofErr w:type="spellStart"/>
            <w:r w:rsidRPr="00B22814">
              <w:rPr>
                <w:b/>
                <w:bCs/>
                <w:color w:val="000000"/>
                <w:sz w:val="17"/>
              </w:rPr>
              <w:t>hieronder</w:t>
            </w:r>
            <w:proofErr w:type="spellEnd"/>
            <w:r w:rsidRPr="00B22814">
              <w:rPr>
                <w:b/>
                <w:bCs/>
                <w:color w:val="000000"/>
                <w:sz w:val="17"/>
              </w:rPr>
              <w:t xml:space="preserve"> </w:t>
            </w:r>
            <w:proofErr w:type="spellStart"/>
            <w:r w:rsidRPr="00B22814">
              <w:rPr>
                <w:b/>
                <w:bCs/>
                <w:color w:val="000000"/>
                <w:sz w:val="17"/>
              </w:rPr>
              <w:t>uw</w:t>
            </w:r>
            <w:proofErr w:type="spellEnd"/>
            <w:r w:rsidRPr="00B22814">
              <w:rPr>
                <w:b/>
                <w:bCs/>
                <w:color w:val="000000"/>
                <w:sz w:val="17"/>
              </w:rPr>
              <w:t xml:space="preserve"> </w:t>
            </w:r>
            <w:proofErr w:type="spellStart"/>
            <w:r w:rsidRPr="00B22814">
              <w:rPr>
                <w:b/>
                <w:bCs/>
                <w:color w:val="000000"/>
                <w:sz w:val="17"/>
              </w:rPr>
              <w:t>gewenste</w:t>
            </w:r>
            <w:proofErr w:type="spellEnd"/>
            <w:r w:rsidRPr="00B22814">
              <w:rPr>
                <w:b/>
                <w:bCs/>
                <w:color w:val="000000"/>
                <w:sz w:val="17"/>
              </w:rPr>
              <w:t xml:space="preserve"> </w:t>
            </w:r>
            <w:proofErr w:type="spellStart"/>
            <w:r w:rsidRPr="00B22814">
              <w:rPr>
                <w:b/>
                <w:bCs/>
                <w:color w:val="000000"/>
                <w:sz w:val="17"/>
              </w:rPr>
              <w:t>werkzaamheden</w:t>
            </w:r>
            <w:proofErr w:type="spellEnd"/>
            <w:r w:rsidRPr="00B22814">
              <w:rPr>
                <w:b/>
                <w:bCs/>
                <w:color w:val="000000"/>
                <w:sz w:val="17"/>
              </w:rPr>
              <w:t>:</w:t>
            </w:r>
          </w:p>
        </w:tc>
      </w:tr>
      <w:tr w:rsidR="00B22814" w14:paraId="6F1F6166" w14:textId="77777777" w:rsidTr="00B22814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trHeight w:val="1657"/>
          <w:jc w:val="center"/>
        </w:trPr>
        <w:tc>
          <w:tcPr>
            <w:tcW w:w="10432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7613C2A6" w14:textId="7D358D04" w:rsidR="00B22814" w:rsidRDefault="00B22814" w:rsidP="00B22814">
            <w:pPr>
              <w:spacing w:after="0"/>
            </w:pPr>
            <w:r>
              <w:rPr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br/>
            </w:r>
          </w:p>
        </w:tc>
      </w:tr>
    </w:tbl>
    <w:p w14:paraId="21E87314" w14:textId="77777777" w:rsidR="00D94131" w:rsidRDefault="00000000">
      <w:pPr>
        <w:spacing w:after="0" w:line="30" w:lineRule="exact"/>
      </w:pPr>
      <w:r>
        <w:rPr>
          <w:sz w:val="3"/>
        </w:rPr>
        <w:t xml:space="preserve"> </w:t>
      </w:r>
    </w:p>
    <w:tbl>
      <w:tblPr>
        <w:tblW w:w="10432" w:type="dxa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D94131" w14:paraId="4F5BAC8E" w14:textId="77777777" w:rsidTr="00B22814">
        <w:trPr>
          <w:trHeight w:val="351"/>
          <w:jc w:val="center"/>
        </w:trPr>
        <w:tc>
          <w:tcPr>
            <w:tcW w:w="10432" w:type="dxa"/>
            <w:shd w:val="clear" w:color="auto" w:fill="333333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6D9384D4" w14:textId="77777777" w:rsidR="00D94131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4  </w:t>
            </w:r>
            <w:proofErr w:type="spellStart"/>
            <w:r>
              <w:rPr>
                <w:b/>
                <w:color w:val="FFFFFF"/>
                <w:sz w:val="18"/>
              </w:rPr>
              <w:t>Klacht</w:t>
            </w:r>
            <w:proofErr w:type="spellEnd"/>
            <w:r>
              <w:rPr>
                <w:b/>
                <w:color w:val="FFFFFF"/>
                <w:sz w:val="18"/>
              </w:rPr>
              <w:t xml:space="preserve"> en </w:t>
            </w:r>
            <w:proofErr w:type="spellStart"/>
            <w:r>
              <w:rPr>
                <w:b/>
                <w:color w:val="FFFFFF"/>
                <w:sz w:val="18"/>
              </w:rPr>
              <w:t>aanvullende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informatie</w:t>
            </w:r>
            <w:proofErr w:type="spellEnd"/>
          </w:p>
        </w:tc>
      </w:tr>
      <w:tr w:rsidR="00D94131" w14:paraId="58E92A10" w14:textId="77777777" w:rsidTr="00B22814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10432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0AF7A106" w14:textId="77777777" w:rsidR="00D94131" w:rsidRDefault="00000000">
            <w:pPr>
              <w:spacing w:after="0"/>
            </w:pPr>
            <w:r>
              <w:rPr>
                <w:b/>
                <w:color w:val="000000"/>
              </w:rPr>
              <w:t>Omschrijf de klacht zo concreet mogelijk. Vermeld wanneer deze optreedt, eerder uitgevoerde werkzaamheden en bekende schade.</w:t>
            </w:r>
          </w:p>
        </w:tc>
      </w:tr>
      <w:tr w:rsidR="00D94131" w14:paraId="7B268075" w14:textId="77777777" w:rsidTr="00B22814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trHeight w:val="1134"/>
          <w:jc w:val="center"/>
        </w:trPr>
        <w:tc>
          <w:tcPr>
            <w:tcW w:w="10432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03FF7B36" w14:textId="77777777" w:rsidR="00D94131" w:rsidRDefault="00000000">
            <w:pPr>
              <w:spacing w:after="0"/>
            </w:pP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</w:tc>
      </w:tr>
    </w:tbl>
    <w:p w14:paraId="0F1B1167" w14:textId="77777777" w:rsidR="00D94131" w:rsidRDefault="00000000">
      <w:r>
        <w:br w:type="page"/>
      </w:r>
    </w:p>
    <w:p w14:paraId="2771DF2D" w14:textId="77777777" w:rsidR="00D94131" w:rsidRDefault="00000000">
      <w:pPr>
        <w:spacing w:after="60"/>
      </w:pPr>
      <w:r>
        <w:rPr>
          <w:color w:val="5A5A5A"/>
        </w:rPr>
        <w:lastRenderedPageBreak/>
        <w:t>Controleer de inhoud en verpakking voordat je de zending afgeeft.</w:t>
      </w:r>
    </w:p>
    <w:tbl>
      <w:tblPr>
        <w:tblW w:w="10432" w:type="dxa"/>
        <w:jc w:val="center"/>
        <w:tblLayout w:type="fixed"/>
        <w:tblLook w:val="04A0" w:firstRow="1" w:lastRow="0" w:firstColumn="1" w:lastColumn="0" w:noHBand="0" w:noVBand="1"/>
      </w:tblPr>
      <w:tblGrid>
        <w:gridCol w:w="1428"/>
        <w:gridCol w:w="5569"/>
        <w:gridCol w:w="3427"/>
        <w:gridCol w:w="8"/>
      </w:tblGrid>
      <w:tr w:rsidR="00D94131" w14:paraId="43352479" w14:textId="77777777" w:rsidTr="00B22814">
        <w:trPr>
          <w:gridAfter w:val="1"/>
          <w:wAfter w:w="8" w:type="dxa"/>
          <w:trHeight w:val="351"/>
          <w:jc w:val="center"/>
        </w:trPr>
        <w:tc>
          <w:tcPr>
            <w:tcW w:w="10432" w:type="dxa"/>
            <w:gridSpan w:val="3"/>
            <w:shd w:val="clear" w:color="auto" w:fill="333333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68B908C" w14:textId="77777777" w:rsidR="00D94131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5  </w:t>
            </w:r>
            <w:proofErr w:type="spellStart"/>
            <w:r>
              <w:rPr>
                <w:b/>
                <w:color w:val="FFFFFF"/>
                <w:sz w:val="18"/>
              </w:rPr>
              <w:t>Meegestuurde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onderdelen</w:t>
            </w:r>
            <w:proofErr w:type="spellEnd"/>
          </w:p>
        </w:tc>
      </w:tr>
      <w:tr w:rsidR="00D94131" w14:paraId="0478C3CE" w14:textId="77777777" w:rsidTr="00B22814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1429" w:type="dxa"/>
            <w:shd w:val="clear" w:color="auto" w:fill="555555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68C51916" w14:textId="77777777" w:rsidR="00D94131" w:rsidRDefault="00000000">
            <w:pPr>
              <w:spacing w:after="0"/>
            </w:pPr>
            <w:r>
              <w:rPr>
                <w:b/>
                <w:color w:val="FFFFFF"/>
              </w:rPr>
              <w:t>Aantal</w:t>
            </w:r>
          </w:p>
        </w:tc>
        <w:tc>
          <w:tcPr>
            <w:tcW w:w="5573" w:type="dxa"/>
            <w:shd w:val="clear" w:color="auto" w:fill="555555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6C6046BE" w14:textId="77777777" w:rsidR="00D94131" w:rsidRDefault="00000000">
            <w:pPr>
              <w:spacing w:after="0"/>
            </w:pPr>
            <w:r>
              <w:rPr>
                <w:b/>
                <w:color w:val="FFFFFF"/>
              </w:rPr>
              <w:t>Onderdeel / omschrijving</w:t>
            </w:r>
          </w:p>
        </w:tc>
        <w:tc>
          <w:tcPr>
            <w:tcW w:w="3430" w:type="dxa"/>
            <w:gridSpan w:val="2"/>
            <w:shd w:val="clear" w:color="auto" w:fill="555555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4486DA7D" w14:textId="77777777" w:rsidR="00D94131" w:rsidRDefault="00000000">
            <w:pPr>
              <w:spacing w:after="0"/>
            </w:pPr>
            <w:r>
              <w:rPr>
                <w:b/>
                <w:color w:val="FFFFFF"/>
              </w:rPr>
              <w:t>Merk / type / nummer</w:t>
            </w:r>
          </w:p>
        </w:tc>
      </w:tr>
      <w:tr w:rsidR="00D94131" w14:paraId="363306FA" w14:textId="77777777" w:rsidTr="00B22814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trHeight w:val="351"/>
          <w:jc w:val="center"/>
        </w:trPr>
        <w:tc>
          <w:tcPr>
            <w:tcW w:w="1429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27FC79DF" w14:textId="77777777" w:rsidR="00D94131" w:rsidRDefault="00D94131">
            <w:pPr>
              <w:spacing w:after="0"/>
            </w:pPr>
          </w:p>
        </w:tc>
        <w:tc>
          <w:tcPr>
            <w:tcW w:w="5573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1BDC3728" w14:textId="77777777" w:rsidR="00D94131" w:rsidRDefault="00D94131">
            <w:pPr>
              <w:spacing w:after="0"/>
            </w:pPr>
          </w:p>
        </w:tc>
        <w:tc>
          <w:tcPr>
            <w:tcW w:w="3430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6A3CB685" w14:textId="77777777" w:rsidR="00D94131" w:rsidRDefault="00D94131">
            <w:pPr>
              <w:spacing w:after="0"/>
            </w:pPr>
          </w:p>
        </w:tc>
      </w:tr>
      <w:tr w:rsidR="00D94131" w14:paraId="4AACC8F9" w14:textId="77777777" w:rsidTr="00B22814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trHeight w:val="351"/>
          <w:jc w:val="center"/>
        </w:trPr>
        <w:tc>
          <w:tcPr>
            <w:tcW w:w="1429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E9F658F" w14:textId="77777777" w:rsidR="00D94131" w:rsidRDefault="00D94131">
            <w:pPr>
              <w:spacing w:after="0"/>
            </w:pPr>
          </w:p>
        </w:tc>
        <w:tc>
          <w:tcPr>
            <w:tcW w:w="5573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2407F664" w14:textId="77777777" w:rsidR="00D94131" w:rsidRDefault="00D94131">
            <w:pPr>
              <w:spacing w:after="0"/>
            </w:pPr>
          </w:p>
        </w:tc>
        <w:tc>
          <w:tcPr>
            <w:tcW w:w="3430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60843331" w14:textId="77777777" w:rsidR="00D94131" w:rsidRDefault="00D94131">
            <w:pPr>
              <w:spacing w:after="0"/>
            </w:pPr>
          </w:p>
        </w:tc>
      </w:tr>
      <w:tr w:rsidR="00D94131" w14:paraId="01186F09" w14:textId="77777777" w:rsidTr="00B22814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trHeight w:val="351"/>
          <w:jc w:val="center"/>
        </w:trPr>
        <w:tc>
          <w:tcPr>
            <w:tcW w:w="1429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61A6E10E" w14:textId="77777777" w:rsidR="00D94131" w:rsidRDefault="00D94131">
            <w:pPr>
              <w:spacing w:after="0"/>
            </w:pPr>
          </w:p>
        </w:tc>
        <w:tc>
          <w:tcPr>
            <w:tcW w:w="5573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A14C5CE" w14:textId="77777777" w:rsidR="00D94131" w:rsidRDefault="00D94131">
            <w:pPr>
              <w:spacing w:after="0"/>
            </w:pPr>
          </w:p>
        </w:tc>
        <w:tc>
          <w:tcPr>
            <w:tcW w:w="3430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69F54301" w14:textId="77777777" w:rsidR="00D94131" w:rsidRDefault="00D94131">
            <w:pPr>
              <w:spacing w:after="0"/>
            </w:pPr>
          </w:p>
        </w:tc>
      </w:tr>
      <w:tr w:rsidR="00D94131" w14:paraId="6E4E2F9A" w14:textId="77777777" w:rsidTr="00B22814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trHeight w:val="351"/>
          <w:jc w:val="center"/>
        </w:trPr>
        <w:tc>
          <w:tcPr>
            <w:tcW w:w="1429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21684E70" w14:textId="77777777" w:rsidR="00D94131" w:rsidRDefault="00D94131">
            <w:pPr>
              <w:spacing w:after="0"/>
            </w:pPr>
          </w:p>
        </w:tc>
        <w:tc>
          <w:tcPr>
            <w:tcW w:w="5573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3995F1EF" w14:textId="77777777" w:rsidR="00D94131" w:rsidRDefault="00D94131">
            <w:pPr>
              <w:spacing w:after="0"/>
            </w:pPr>
          </w:p>
        </w:tc>
        <w:tc>
          <w:tcPr>
            <w:tcW w:w="3430" w:type="dxa"/>
            <w:gridSpan w:val="2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486F3B99" w14:textId="77777777" w:rsidR="00D94131" w:rsidRDefault="00D94131">
            <w:pPr>
              <w:spacing w:after="0"/>
            </w:pPr>
          </w:p>
        </w:tc>
      </w:tr>
    </w:tbl>
    <w:p w14:paraId="48850AAD" w14:textId="77777777" w:rsidR="00D94131" w:rsidRDefault="00000000">
      <w:pPr>
        <w:spacing w:before="20" w:after="80"/>
      </w:pPr>
      <w:proofErr w:type="spellStart"/>
      <w:r>
        <w:rPr>
          <w:b/>
        </w:rPr>
        <w:t>Belangrijk</w:t>
      </w:r>
      <w:proofErr w:type="spellEnd"/>
      <w:r>
        <w:rPr>
          <w:b/>
        </w:rPr>
        <w:t xml:space="preserve">: </w:t>
      </w:r>
      <w:proofErr w:type="spellStart"/>
      <w:r>
        <w:t>Noteer</w:t>
      </w:r>
      <w:proofErr w:type="spellEnd"/>
      <w:r>
        <w:t xml:space="preserve"> </w:t>
      </w:r>
      <w:proofErr w:type="spellStart"/>
      <w:r>
        <w:t>ieder</w:t>
      </w:r>
      <w:proofErr w:type="spellEnd"/>
      <w:r>
        <w:t xml:space="preserve"> </w:t>
      </w:r>
      <w:proofErr w:type="spellStart"/>
      <w:r>
        <w:t>meegestuurd</w:t>
      </w:r>
      <w:proofErr w:type="spellEnd"/>
      <w:r>
        <w:t xml:space="preserve"> onderdeel. BEWO is niet verantwoordelijk voor niet-vermelde onderdelen.</w:t>
      </w:r>
    </w:p>
    <w:tbl>
      <w:tblPr>
        <w:tblW w:w="10432" w:type="dxa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D94131" w14:paraId="571F0921" w14:textId="77777777">
        <w:trPr>
          <w:trHeight w:val="351"/>
          <w:jc w:val="center"/>
        </w:trPr>
        <w:tc>
          <w:tcPr>
            <w:tcW w:w="10432" w:type="dxa"/>
            <w:shd w:val="clear" w:color="auto" w:fill="333333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32F75FB2" w14:textId="77777777" w:rsidR="00D94131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6  Verpakking en retourzending</w:t>
            </w:r>
          </w:p>
        </w:tc>
      </w:tr>
      <w:tr w:rsidR="00D94131" w14:paraId="1C162EB5" w14:textId="77777777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10432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CAE0C2E" w14:textId="77777777" w:rsidR="00D94131" w:rsidRDefault="00000000">
            <w:pPr>
              <w:spacing w:after="0"/>
            </w:pPr>
            <w:r>
              <w:rPr>
                <w:color w:val="000000"/>
              </w:rPr>
              <w:t>[ ] Olie, koelvloeistof en brandstof zijn volledig afgetapt.</w:t>
            </w:r>
          </w:p>
        </w:tc>
      </w:tr>
      <w:tr w:rsidR="00D94131" w14:paraId="24F9C32C" w14:textId="77777777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10432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1A0AA21C" w14:textId="77777777" w:rsidR="00D94131" w:rsidRDefault="00000000">
            <w:pPr>
              <w:spacing w:after="0"/>
            </w:pPr>
            <w:r>
              <w:rPr>
                <w:color w:val="000000"/>
              </w:rPr>
              <w:t>[ ] Openingen zijn afgesloten en kwetsbare delen zijn beschermd.</w:t>
            </w:r>
          </w:p>
        </w:tc>
      </w:tr>
      <w:tr w:rsidR="00D94131" w14:paraId="3A310512" w14:textId="77777777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10432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1CC12EE7" w14:textId="77777777" w:rsidR="00D94131" w:rsidRDefault="00000000">
            <w:pPr>
              <w:spacing w:after="0"/>
            </w:pPr>
            <w:r>
              <w:rPr>
                <w:color w:val="000000"/>
              </w:rPr>
              <w:t>[ ] Motorblok en uitlaat zijn afzonderlijk verpakt en kunnen elkaar niet raken.</w:t>
            </w:r>
          </w:p>
        </w:tc>
      </w:tr>
      <w:tr w:rsidR="00D94131" w14:paraId="5B9D1990" w14:textId="77777777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10432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059C6360" w14:textId="77777777" w:rsidR="00D94131" w:rsidRDefault="00000000">
            <w:pPr>
              <w:spacing w:after="0"/>
            </w:pPr>
            <w:r>
              <w:rPr>
                <w:color w:val="000000"/>
              </w:rPr>
              <w:t>[ ] Alles is stevig vastgezet met voldoende schokabsorberend materiaal.</w:t>
            </w:r>
          </w:p>
        </w:tc>
      </w:tr>
      <w:tr w:rsidR="00D94131" w14:paraId="1C948C53" w14:textId="77777777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10432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2571DF69" w14:textId="77777777" w:rsidR="00D94131" w:rsidRDefault="00000000">
            <w:pPr>
              <w:spacing w:after="0"/>
            </w:pPr>
            <w:r>
              <w:rPr>
                <w:color w:val="000000"/>
              </w:rPr>
              <w:t xml:space="preserve">[ ] De </w:t>
            </w:r>
            <w:proofErr w:type="spellStart"/>
            <w:r>
              <w:rPr>
                <w:color w:val="000000"/>
              </w:rPr>
              <w:t>verpakking</w:t>
            </w:r>
            <w:proofErr w:type="spellEnd"/>
            <w:r>
              <w:rPr>
                <w:color w:val="000000"/>
              </w:rPr>
              <w:t xml:space="preserve"> is </w:t>
            </w:r>
            <w:proofErr w:type="spellStart"/>
            <w:r>
              <w:rPr>
                <w:color w:val="000000"/>
              </w:rPr>
              <w:t>ruim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genoeg</w:t>
            </w:r>
            <w:proofErr w:type="spellEnd"/>
            <w:r>
              <w:rPr>
                <w:color w:val="000000"/>
              </w:rPr>
              <w:t xml:space="preserve"> voor motorblok, uitlaat en retourmateriaal.</w:t>
            </w:r>
          </w:p>
        </w:tc>
      </w:tr>
      <w:tr w:rsidR="00D94131" w14:paraId="3EFACF36" w14:textId="77777777">
        <w:tblPrEx>
          <w:tblBorders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  <w:insideH w:val="single" w:sz="6" w:space="0" w:color="D9D9D9"/>
            <w:insideV w:val="single" w:sz="6" w:space="0" w:color="D9D9D9"/>
          </w:tblBorders>
        </w:tblPrEx>
        <w:trPr>
          <w:jc w:val="center"/>
        </w:trPr>
        <w:tc>
          <w:tcPr>
            <w:tcW w:w="10432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09D80314" w14:textId="77777777" w:rsidR="00D94131" w:rsidRDefault="00000000">
            <w:pPr>
              <w:spacing w:after="0"/>
            </w:pPr>
            <w:r>
              <w:rPr>
                <w:color w:val="000000"/>
              </w:rPr>
              <w:t>[ ] Dit volledig ingevulde formulier zit in de verpakking.</w:t>
            </w:r>
          </w:p>
        </w:tc>
      </w:tr>
    </w:tbl>
    <w:p w14:paraId="36EC2641" w14:textId="77777777" w:rsidR="00D94131" w:rsidRDefault="00000000">
      <w:pPr>
        <w:spacing w:before="20" w:after="80"/>
      </w:pPr>
      <w:r>
        <w:rPr>
          <w:b/>
        </w:rPr>
        <w:t xml:space="preserve">Let op: </w:t>
      </w:r>
      <w:r>
        <w:t>Gebruik geen verpakking waarin alleen het motorblok precies past. Na tuning wordt vaak ook een uitlaat retour gestuurd. Bij een te kleine verpakking kunnen extra kosten ontstaan.</w:t>
      </w:r>
    </w:p>
    <w:tbl>
      <w:tblPr>
        <w:tblW w:w="10432" w:type="dxa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D94131" w14:paraId="1F0C7B1E" w14:textId="77777777">
        <w:trPr>
          <w:trHeight w:val="351"/>
          <w:jc w:val="center"/>
        </w:trPr>
        <w:tc>
          <w:tcPr>
            <w:tcW w:w="10432" w:type="dxa"/>
            <w:shd w:val="clear" w:color="auto" w:fill="333333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1C846B13" w14:textId="77777777" w:rsidR="00D94131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7  Douanegegevens voor zendingen van buiten de Europese Unie</w:t>
            </w:r>
          </w:p>
        </w:tc>
      </w:tr>
    </w:tbl>
    <w:p w14:paraId="3CDBDEC1" w14:textId="77777777" w:rsidR="00D94131" w:rsidRDefault="00000000">
      <w:pPr>
        <w:spacing w:before="20" w:after="80"/>
      </w:pPr>
      <w:r>
        <w:t>Vermeld op de commerciële factuur of pro-formafactuur dat het gaat om tijdelijke invoer voor reparatie en retour. Gebruik bij voorkeur de volgende tekst:</w:t>
      </w:r>
    </w:p>
    <w:p w14:paraId="59FD5612" w14:textId="77777777" w:rsidR="00D94131" w:rsidRDefault="00000000" w:rsidP="00B22814">
      <w:pPr>
        <w:spacing w:after="80"/>
        <w:ind w:right="227"/>
      </w:pPr>
      <w:r>
        <w:rPr>
          <w:b/>
        </w:rPr>
        <w:t>TEMPORARY IMPORT INTO THE EUROPEAN UNION FOR REPAIR AND RETURN. THE GOODS REMAIN THE PROPERTY OF THE SENDER AND WILL BE RETURNED AFTER REPAIR. NO COMMERCIAL SALE.</w:t>
      </w:r>
    </w:p>
    <w:tbl>
      <w:tblPr>
        <w:tblW w:w="10432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7541"/>
      </w:tblGrid>
      <w:tr w:rsidR="00D94131" w14:paraId="3B877C29" w14:textId="77777777"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66DBE713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Naam en adres van de afzender</w:t>
            </w:r>
          </w:p>
        </w:tc>
        <w:tc>
          <w:tcPr>
            <w:tcW w:w="7541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1D3CAB61" w14:textId="77777777" w:rsidR="00D94131" w:rsidRDefault="00D94131">
            <w:pPr>
              <w:spacing w:after="0"/>
            </w:pPr>
          </w:p>
        </w:tc>
      </w:tr>
      <w:tr w:rsidR="00D94131" w14:paraId="7F61A5F8" w14:textId="77777777"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7B2F527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Ontvanger</w:t>
            </w:r>
          </w:p>
        </w:tc>
        <w:tc>
          <w:tcPr>
            <w:tcW w:w="7541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0773C538" w14:textId="77777777" w:rsidR="00D94131" w:rsidRDefault="00000000">
            <w:pPr>
              <w:spacing w:after="0"/>
            </w:pPr>
            <w:r>
              <w:rPr>
                <w:color w:val="000000"/>
                <w:sz w:val="17"/>
              </w:rPr>
              <w:t>BEWO Revisie &amp; Tuning, Newtonstraat 6a, 7131 PP Lichtenvoorde, The Netherlands</w:t>
            </w:r>
          </w:p>
        </w:tc>
      </w:tr>
      <w:tr w:rsidR="00D94131" w14:paraId="1EBBB000" w14:textId="77777777"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602916E0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Omschrijving van de goederen</w:t>
            </w:r>
          </w:p>
        </w:tc>
        <w:tc>
          <w:tcPr>
            <w:tcW w:w="7541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235F6BEA" w14:textId="77777777" w:rsidR="00D94131" w:rsidRDefault="00D94131">
            <w:pPr>
              <w:spacing w:after="0"/>
            </w:pPr>
          </w:p>
        </w:tc>
      </w:tr>
      <w:tr w:rsidR="00D94131" w14:paraId="3D8C9EE2" w14:textId="77777777"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215BA820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Merk, type en serienummer</w:t>
            </w:r>
          </w:p>
        </w:tc>
        <w:tc>
          <w:tcPr>
            <w:tcW w:w="7541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44D88F9" w14:textId="77777777" w:rsidR="00D94131" w:rsidRDefault="00D94131">
            <w:pPr>
              <w:spacing w:after="0"/>
            </w:pPr>
          </w:p>
        </w:tc>
      </w:tr>
      <w:tr w:rsidR="00D94131" w14:paraId="2AF01927" w14:textId="77777777"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6B8298E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Land van oorsprong</w:t>
            </w:r>
          </w:p>
        </w:tc>
        <w:tc>
          <w:tcPr>
            <w:tcW w:w="7541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721F042D" w14:textId="77777777" w:rsidR="00D94131" w:rsidRDefault="00D94131">
            <w:pPr>
              <w:spacing w:after="0"/>
            </w:pPr>
          </w:p>
        </w:tc>
      </w:tr>
      <w:tr w:rsidR="00D94131" w14:paraId="3C852B9E" w14:textId="77777777"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801A8BC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HS-/douanecode</w:t>
            </w:r>
          </w:p>
        </w:tc>
        <w:tc>
          <w:tcPr>
            <w:tcW w:w="7541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2B31DA5" w14:textId="2D757044" w:rsidR="00D94131" w:rsidRDefault="00B22814">
            <w:pPr>
              <w:spacing w:after="0"/>
            </w:pPr>
            <w:r>
              <w:t>8714</w:t>
            </w:r>
          </w:p>
        </w:tc>
      </w:tr>
      <w:tr w:rsidR="00D94131" w14:paraId="292113A8" w14:textId="77777777"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BE71CB8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Realistische douanewaarde</w:t>
            </w:r>
          </w:p>
        </w:tc>
        <w:tc>
          <w:tcPr>
            <w:tcW w:w="7541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4C45B442" w14:textId="77777777" w:rsidR="00D94131" w:rsidRDefault="00000000">
            <w:pPr>
              <w:spacing w:after="0"/>
            </w:pPr>
            <w:r>
              <w:rPr>
                <w:color w:val="000000"/>
                <w:sz w:val="17"/>
              </w:rPr>
              <w:t>Valuta: __________   Waarde: __________________</w:t>
            </w:r>
          </w:p>
        </w:tc>
      </w:tr>
      <w:tr w:rsidR="00D94131" w14:paraId="4229F65C" w14:textId="77777777"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74FBD90A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Reden van verzending</w:t>
            </w:r>
          </w:p>
        </w:tc>
        <w:tc>
          <w:tcPr>
            <w:tcW w:w="7541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7CC239A2" w14:textId="77777777" w:rsidR="00D94131" w:rsidRDefault="00000000">
            <w:pPr>
              <w:spacing w:after="0"/>
            </w:pPr>
            <w:r>
              <w:rPr>
                <w:color w:val="000000"/>
                <w:sz w:val="17"/>
              </w:rPr>
              <w:t>[ ] Repair   [ ] Revision   [ ] Tuning   [ ] Testing</w:t>
            </w:r>
          </w:p>
        </w:tc>
      </w:tr>
      <w:tr w:rsidR="00D94131" w14:paraId="4912B25B" w14:textId="77777777"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EDD00A9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Retour na werkzaamheden</w:t>
            </w:r>
          </w:p>
        </w:tc>
        <w:tc>
          <w:tcPr>
            <w:tcW w:w="7541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F6F3A0B" w14:textId="77777777" w:rsidR="00D94131" w:rsidRDefault="00000000">
            <w:pPr>
              <w:spacing w:after="0"/>
            </w:pPr>
            <w:r>
              <w:rPr>
                <w:color w:val="000000"/>
                <w:sz w:val="17"/>
              </w:rPr>
              <w:t>[ ] Ja - de goederen blijven eigendom van de afzender en worden teruggestuurd</w:t>
            </w:r>
          </w:p>
        </w:tc>
      </w:tr>
    </w:tbl>
    <w:p w14:paraId="6D511849" w14:textId="77777777" w:rsidR="00D94131" w:rsidRDefault="00000000">
      <w:pPr>
        <w:spacing w:after="0" w:line="30" w:lineRule="exact"/>
      </w:pPr>
      <w:r>
        <w:rPr>
          <w:sz w:val="3"/>
        </w:rPr>
        <w:t xml:space="preserve"> </w:t>
      </w:r>
    </w:p>
    <w:tbl>
      <w:tblPr>
        <w:tblW w:w="10432" w:type="dxa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D94131" w14:paraId="183B3CDC" w14:textId="77777777">
        <w:trPr>
          <w:trHeight w:val="351"/>
          <w:jc w:val="center"/>
        </w:trPr>
        <w:tc>
          <w:tcPr>
            <w:tcW w:w="10432" w:type="dxa"/>
            <w:shd w:val="clear" w:color="auto" w:fill="333333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B1D9072" w14:textId="77777777" w:rsidR="00D94131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8  Akkoord en ondertekening</w:t>
            </w:r>
          </w:p>
        </w:tc>
      </w:tr>
    </w:tbl>
    <w:p w14:paraId="339A766D" w14:textId="77777777" w:rsidR="00D94131" w:rsidRDefault="00000000">
      <w:pPr>
        <w:spacing w:before="20" w:after="80"/>
      </w:pPr>
      <w:r>
        <w:t>De klant bevestigt dat de gegevens volledig zijn, vloeistoffen zijn afgetapt en de zending deugdelijk is verpakt. Werkzaamheden en extra kosten worden waar nodig vooraf besproken.</w:t>
      </w:r>
    </w:p>
    <w:tbl>
      <w:tblPr>
        <w:tblW w:w="10432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7541"/>
      </w:tblGrid>
      <w:tr w:rsidR="00D94131" w14:paraId="0BAB2DF6" w14:textId="77777777"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47BDF768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Naam</w:t>
            </w:r>
          </w:p>
        </w:tc>
        <w:tc>
          <w:tcPr>
            <w:tcW w:w="7541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DC93961" w14:textId="77777777" w:rsidR="00D94131" w:rsidRDefault="00D94131">
            <w:pPr>
              <w:spacing w:after="0"/>
            </w:pPr>
          </w:p>
        </w:tc>
      </w:tr>
      <w:tr w:rsidR="00D94131" w14:paraId="46DBCF33" w14:textId="77777777">
        <w:trPr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410EE32D" w14:textId="77777777" w:rsidR="00D94131" w:rsidRDefault="00000000">
            <w:pPr>
              <w:spacing w:after="0"/>
            </w:pPr>
            <w:r>
              <w:rPr>
                <w:b/>
                <w:color w:val="000000"/>
                <w:sz w:val="17"/>
              </w:rPr>
              <w:t>Plaats en datum</w:t>
            </w:r>
          </w:p>
        </w:tc>
        <w:tc>
          <w:tcPr>
            <w:tcW w:w="7541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732E00A6" w14:textId="77777777" w:rsidR="00D94131" w:rsidRDefault="00D94131">
            <w:pPr>
              <w:spacing w:after="0"/>
            </w:pPr>
          </w:p>
        </w:tc>
      </w:tr>
      <w:tr w:rsidR="00D94131" w14:paraId="2927CF74" w14:textId="77777777" w:rsidTr="00B22814">
        <w:trPr>
          <w:trHeight w:val="1187"/>
          <w:jc w:val="center"/>
        </w:trPr>
        <w:tc>
          <w:tcPr>
            <w:tcW w:w="2891" w:type="dxa"/>
            <w:shd w:val="clear" w:color="auto" w:fill="F1F1F1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79A8AAC5" w14:textId="77777777" w:rsidR="00D94131" w:rsidRDefault="00000000">
            <w:pPr>
              <w:spacing w:after="0"/>
            </w:pPr>
            <w:proofErr w:type="spellStart"/>
            <w:r>
              <w:rPr>
                <w:b/>
                <w:color w:val="000000"/>
                <w:sz w:val="17"/>
              </w:rPr>
              <w:t>Handtekening</w:t>
            </w:r>
            <w:proofErr w:type="spellEnd"/>
          </w:p>
        </w:tc>
        <w:tc>
          <w:tcPr>
            <w:tcW w:w="7541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14:paraId="56AC4033" w14:textId="77777777" w:rsidR="00D94131" w:rsidRDefault="00D94131">
            <w:pPr>
              <w:spacing w:after="0"/>
            </w:pPr>
          </w:p>
        </w:tc>
      </w:tr>
    </w:tbl>
    <w:p w14:paraId="774E5055" w14:textId="77777777" w:rsidR="00D94131" w:rsidRDefault="00000000">
      <w:pPr>
        <w:spacing w:after="0" w:line="30" w:lineRule="exact"/>
      </w:pPr>
      <w:r>
        <w:rPr>
          <w:sz w:val="3"/>
        </w:rPr>
        <w:t xml:space="preserve"> </w:t>
      </w:r>
    </w:p>
    <w:sectPr w:rsidR="00D94131" w:rsidSect="00034616">
      <w:footerReference w:type="default" r:id="rId9"/>
      <w:pgSz w:w="11906" w:h="16838"/>
      <w:pgMar w:top="709" w:right="822" w:bottom="680" w:left="822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52827" w14:textId="77777777" w:rsidR="00B1520D" w:rsidRDefault="00B1520D">
      <w:pPr>
        <w:spacing w:after="0" w:line="240" w:lineRule="auto"/>
      </w:pPr>
      <w:r>
        <w:separator/>
      </w:r>
    </w:p>
  </w:endnote>
  <w:endnote w:type="continuationSeparator" w:id="0">
    <w:p w14:paraId="27A053A2" w14:textId="77777777" w:rsidR="00B1520D" w:rsidRDefault="00B15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F1347" w14:textId="77777777" w:rsidR="00D94131" w:rsidRDefault="00000000">
    <w:pPr>
      <w:pStyle w:val="Voettekst"/>
      <w:jc w:val="center"/>
    </w:pPr>
    <w:r>
      <w:rPr>
        <w:color w:val="5A5A5A"/>
        <w:sz w:val="15"/>
      </w:rPr>
      <w:t xml:space="preserve">BEWO </w:t>
    </w:r>
    <w:proofErr w:type="spellStart"/>
    <w:r>
      <w:rPr>
        <w:color w:val="5A5A5A"/>
        <w:sz w:val="15"/>
      </w:rPr>
      <w:t>Revisie</w:t>
    </w:r>
    <w:proofErr w:type="spellEnd"/>
    <w:r>
      <w:rPr>
        <w:color w:val="5A5A5A"/>
        <w:sz w:val="15"/>
      </w:rPr>
      <w:t xml:space="preserve"> &amp; Tuning  |  bewomotoren.nl  |  </w:t>
    </w:r>
    <w:proofErr w:type="spellStart"/>
    <w:r>
      <w:rPr>
        <w:color w:val="5A5A5A"/>
        <w:sz w:val="15"/>
      </w:rPr>
      <w:t>Bewaar</w:t>
    </w:r>
    <w:proofErr w:type="spellEnd"/>
    <w:r>
      <w:rPr>
        <w:color w:val="5A5A5A"/>
        <w:sz w:val="15"/>
      </w:rPr>
      <w:t xml:space="preserve"> je track-and-trace en </w:t>
    </w:r>
    <w:proofErr w:type="spellStart"/>
    <w:r>
      <w:rPr>
        <w:color w:val="5A5A5A"/>
        <w:sz w:val="15"/>
      </w:rPr>
      <w:t>verzendbewijs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63BB2" w14:textId="77777777" w:rsidR="00B1520D" w:rsidRDefault="00B1520D">
      <w:pPr>
        <w:spacing w:after="0" w:line="240" w:lineRule="auto"/>
      </w:pPr>
      <w:r>
        <w:separator/>
      </w:r>
    </w:p>
  </w:footnote>
  <w:footnote w:type="continuationSeparator" w:id="0">
    <w:p w14:paraId="6EC8BDAA" w14:textId="77777777" w:rsidR="00B1520D" w:rsidRDefault="00B152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469936">
    <w:abstractNumId w:val="8"/>
  </w:num>
  <w:num w:numId="2" w16cid:durableId="970476552">
    <w:abstractNumId w:val="6"/>
  </w:num>
  <w:num w:numId="3" w16cid:durableId="1542471409">
    <w:abstractNumId w:val="5"/>
  </w:num>
  <w:num w:numId="4" w16cid:durableId="728921958">
    <w:abstractNumId w:val="4"/>
  </w:num>
  <w:num w:numId="5" w16cid:durableId="377777925">
    <w:abstractNumId w:val="7"/>
  </w:num>
  <w:num w:numId="6" w16cid:durableId="1297636566">
    <w:abstractNumId w:val="3"/>
  </w:num>
  <w:num w:numId="7" w16cid:durableId="1639988248">
    <w:abstractNumId w:val="2"/>
  </w:num>
  <w:num w:numId="8" w16cid:durableId="1719235709">
    <w:abstractNumId w:val="1"/>
  </w:num>
  <w:num w:numId="9" w16cid:durableId="210532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39F9"/>
    <w:rsid w:val="00326F90"/>
    <w:rsid w:val="00AA1D8D"/>
    <w:rsid w:val="00B1520D"/>
    <w:rsid w:val="00B22814"/>
    <w:rsid w:val="00B47730"/>
    <w:rsid w:val="00CB0664"/>
    <w:rsid w:val="00CE0C26"/>
    <w:rsid w:val="00D94131"/>
    <w:rsid w:val="00EB79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F23518"/>
  <w14:defaultImageDpi w14:val="300"/>
  <w15:docId w15:val="{15B466AF-86DD-43FB-B161-EECE54C5F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20"/>
    </w:pPr>
    <w:rPr>
      <w:rFonts w:ascii="Arial" w:eastAsia="Arial" w:hAnsi="Arial"/>
      <w:sz w:val="16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100" w:after="8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/>
      <w:b/>
      <w:bCs/>
      <w:color w:val="000000"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spacing w:before="100" w:after="8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BEWO Verzendformulier</dc:title>
  <dc:subject>Verzendformulier voor motorblokken en onderdelen</dc:subject>
  <dc:creator>BEWO Revisie &amp; Tuning</dc:creator>
  <cp:keywords/>
  <dc:description>generated by python-docx</dc:description>
  <cp:lastModifiedBy>Bennie Wolsink | Ebero Bikes</cp:lastModifiedBy>
  <cp:revision>2</cp:revision>
  <dcterms:created xsi:type="dcterms:W3CDTF">2026-09-17T10:00:00Z</dcterms:created>
  <dcterms:modified xsi:type="dcterms:W3CDTF">2026-09-17T10:00:00Z</dcterms:modified>
  <cp:category/>
</cp:coreProperties>
</file>